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C49" w:rsidRDefault="00D16C49">
      <w:pPr>
        <w:autoSpaceDE w:val="0"/>
        <w:autoSpaceDN w:val="0"/>
        <w:spacing w:after="78" w:line="220" w:lineRule="exact"/>
      </w:pPr>
    </w:p>
    <w:p w:rsidR="00073111" w:rsidRDefault="0007311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  <w:r>
        <w:rPr>
          <w:noProof/>
          <w:lang w:val="ru-RU" w:eastAsia="ru-RU"/>
        </w:rPr>
        <w:drawing>
          <wp:inline distT="0" distB="0" distL="0" distR="0">
            <wp:extent cx="6717030" cy="957453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30" cy="957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111" w:rsidRDefault="0007311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073111" w:rsidRDefault="0007311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073111" w:rsidRDefault="0007311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D16C49" w:rsidRDefault="00CF4A07">
      <w:pPr>
        <w:autoSpaceDE w:val="0"/>
        <w:autoSpaceDN w:val="0"/>
        <w:spacing w:after="0" w:line="230" w:lineRule="auto"/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ПОЯСНИТЕЛЬНАЯ ЗАПИСКА</w:t>
      </w:r>
    </w:p>
    <w:p w:rsidR="00D16C49" w:rsidRPr="00CF4A07" w:rsidRDefault="00CF4A07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чтение» для обучающихся 2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</w:t>
      </w:r>
      <w:r w:rsidRPr="00CF4A07">
        <w:rPr>
          <w:lang w:val="ru-RU"/>
        </w:rPr>
        <w:br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приоритеты духовно-нравственного развития, воспитания и социализации обучающихся, </w:t>
      </w:r>
      <w:r w:rsidRPr="00CF4A07">
        <w:rPr>
          <w:lang w:val="ru-RU"/>
        </w:rPr>
        <w:br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сформулированные в Примерной программе воспитания.</w:t>
      </w:r>
    </w:p>
    <w:p w:rsidR="00D16C49" w:rsidRPr="00CF4A07" w:rsidRDefault="00CF4A07">
      <w:pPr>
        <w:autoSpaceDE w:val="0"/>
        <w:autoSpaceDN w:val="0"/>
        <w:spacing w:before="262" w:after="0" w:line="230" w:lineRule="auto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«ЛИТЕРАТУРНОЕ ЧТЕНИЕ»</w:t>
      </w:r>
    </w:p>
    <w:p w:rsidR="00D16C49" w:rsidRPr="00CF4A07" w:rsidRDefault="00CF4A07">
      <w:pPr>
        <w:autoSpaceDE w:val="0"/>
        <w:autoSpaceDN w:val="0"/>
        <w:spacing w:before="168" w:after="0" w:line="286" w:lineRule="auto"/>
        <w:ind w:right="144" w:firstLine="18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D16C49" w:rsidRPr="00CF4A07" w:rsidRDefault="00CF4A07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 </w:t>
      </w:r>
    </w:p>
    <w:p w:rsidR="00D16C49" w:rsidRPr="00CF4A07" w:rsidRDefault="00CF4A07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В основу отбора произведений положены </w:t>
      </w:r>
      <w:proofErr w:type="spell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общедидактические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принципы обучения: соответствие возрастным 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</w:t>
      </w:r>
      <w:r w:rsidRPr="00CF4A07">
        <w:rPr>
          <w:lang w:val="ru-RU"/>
        </w:rPr>
        <w:br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  грамотности  младшего  школьника, а также возможность достижения </w:t>
      </w:r>
      <w:proofErr w:type="spell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 </w:t>
      </w:r>
    </w:p>
    <w:p w:rsidR="00D16C49" w:rsidRPr="00CF4A07" w:rsidRDefault="00CF4A07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D16C49" w:rsidRPr="00CF4A07" w:rsidRDefault="00CF4A0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D16C49" w:rsidRPr="00CF4A07" w:rsidRDefault="00CF4A0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На курс «Литературное ч</w:t>
      </w:r>
      <w:r w:rsidR="007D739B">
        <w:rPr>
          <w:rFonts w:ascii="Times New Roman" w:eastAsia="Times New Roman" w:hAnsi="Times New Roman"/>
          <w:color w:val="000000"/>
          <w:sz w:val="24"/>
          <w:lang w:val="ru-RU"/>
        </w:rPr>
        <w:t>тение» во 2 классе отводится 102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ч. </w:t>
      </w:r>
    </w:p>
    <w:p w:rsidR="00D16C49" w:rsidRPr="00CF4A07" w:rsidRDefault="00CF4A07">
      <w:pPr>
        <w:autoSpaceDE w:val="0"/>
        <w:autoSpaceDN w:val="0"/>
        <w:spacing w:before="262" w:after="0" w:line="230" w:lineRule="auto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«ЛИТЕРАТУРНОЕ ЧТЕНИЕ»</w:t>
      </w:r>
    </w:p>
    <w:p w:rsidR="00D16C49" w:rsidRPr="00CF4A07" w:rsidRDefault="00CF4A07">
      <w:pPr>
        <w:autoSpaceDE w:val="0"/>
        <w:autoSpaceDN w:val="0"/>
        <w:spacing w:before="166" w:after="0" w:line="271" w:lineRule="auto"/>
        <w:ind w:right="720" w:firstLine="18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Приоритетная </w:t>
      </w: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</w:t>
      </w:r>
    </w:p>
    <w:p w:rsidR="00D16C49" w:rsidRPr="00CF4A07" w:rsidRDefault="00D16C49">
      <w:pPr>
        <w:rPr>
          <w:lang w:val="ru-RU"/>
        </w:rPr>
        <w:sectPr w:rsidR="00D16C49" w:rsidRPr="00CF4A07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6C49" w:rsidRPr="00CF4A07" w:rsidRDefault="00D16C49">
      <w:pPr>
        <w:autoSpaceDE w:val="0"/>
        <w:autoSpaceDN w:val="0"/>
        <w:spacing w:after="66" w:line="220" w:lineRule="exact"/>
        <w:rPr>
          <w:lang w:val="ru-RU"/>
        </w:rPr>
      </w:pPr>
    </w:p>
    <w:p w:rsidR="00D16C49" w:rsidRPr="00CF4A07" w:rsidRDefault="00CF4A07">
      <w:pPr>
        <w:autoSpaceDE w:val="0"/>
        <w:autoSpaceDN w:val="0"/>
        <w:spacing w:after="0" w:line="281" w:lineRule="auto"/>
        <w:ind w:right="288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r w:rsidRPr="00CF4A07">
        <w:rPr>
          <w:lang w:val="ru-RU"/>
        </w:rPr>
        <w:br/>
      </w:r>
      <w:proofErr w:type="spell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предметных и универсальных действий в процессе изучения </w:t>
      </w:r>
      <w:proofErr w:type="spellStart"/>
      <w:proofErr w:type="gram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предмета«</w:t>
      </w:r>
      <w:proofErr w:type="gram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Литературное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чтение» станут фундаментом обучения в основном звене школы, а также будут востребованы в жизни.</w:t>
      </w:r>
    </w:p>
    <w:p w:rsidR="00D16C49" w:rsidRPr="00CF4A07" w:rsidRDefault="00CF4A07">
      <w:pPr>
        <w:tabs>
          <w:tab w:val="left" w:pos="180"/>
        </w:tabs>
        <w:autoSpaceDE w:val="0"/>
        <w:autoSpaceDN w:val="0"/>
        <w:spacing w:before="190" w:after="0" w:line="262" w:lineRule="auto"/>
        <w:ind w:right="432"/>
        <w:rPr>
          <w:lang w:val="ru-RU"/>
        </w:rPr>
      </w:pP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D16C49" w:rsidRPr="00CF4A07" w:rsidRDefault="00CF4A07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D16C49" w:rsidRPr="00CF4A07" w:rsidRDefault="00CF4A0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достижение необходимого для продолжения образования уровня общего речевого развития;</w:t>
      </w:r>
    </w:p>
    <w:p w:rsidR="00D16C49" w:rsidRPr="00CF4A07" w:rsidRDefault="00CF4A07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D16C49" w:rsidRPr="00CF4A07" w:rsidRDefault="00CF4A07">
      <w:pPr>
        <w:autoSpaceDE w:val="0"/>
        <w:autoSpaceDN w:val="0"/>
        <w:spacing w:before="190" w:after="0" w:line="286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элементарными умениями анализа и интерпретации текста, осознанного </w:t>
      </w:r>
      <w:r w:rsidRPr="00CF4A07">
        <w:rPr>
          <w:lang w:val="ru-RU"/>
        </w:rPr>
        <w:br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при анализе текста изученных литературных понятий: прозаическая и </w:t>
      </w:r>
      <w:r w:rsidRPr="00CF4A07">
        <w:rPr>
          <w:lang w:val="ru-RU"/>
        </w:rPr>
        <w:br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</w:t>
      </w:r>
      <w:r w:rsidRPr="00CF4A07">
        <w:rPr>
          <w:lang w:val="ru-RU"/>
        </w:rPr>
        <w:br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выразительности (сравнение, эпитет, олицетворение);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D16C49" w:rsidRPr="00CF4A07" w:rsidRDefault="00D16C49">
      <w:pPr>
        <w:rPr>
          <w:lang w:val="ru-RU"/>
        </w:rPr>
        <w:sectPr w:rsidR="00D16C49" w:rsidRPr="00CF4A07">
          <w:pgSz w:w="11900" w:h="16840"/>
          <w:pgMar w:top="286" w:right="794" w:bottom="1440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D16C49" w:rsidRPr="00CF4A07" w:rsidRDefault="00D16C49">
      <w:pPr>
        <w:autoSpaceDE w:val="0"/>
        <w:autoSpaceDN w:val="0"/>
        <w:spacing w:after="78" w:line="220" w:lineRule="exact"/>
        <w:rPr>
          <w:lang w:val="ru-RU"/>
        </w:rPr>
      </w:pPr>
    </w:p>
    <w:p w:rsidR="00D16C49" w:rsidRPr="00CF4A07" w:rsidRDefault="00CF4A07">
      <w:pPr>
        <w:autoSpaceDE w:val="0"/>
        <w:autoSpaceDN w:val="0"/>
        <w:spacing w:after="0" w:line="230" w:lineRule="auto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16C49" w:rsidRPr="00CF4A07" w:rsidRDefault="00CF4A07">
      <w:pPr>
        <w:tabs>
          <w:tab w:val="left" w:pos="180"/>
        </w:tabs>
        <w:autoSpaceDE w:val="0"/>
        <w:autoSpaceDN w:val="0"/>
        <w:spacing w:before="346" w:after="0" w:line="262" w:lineRule="auto"/>
        <w:ind w:left="60"/>
        <w:rPr>
          <w:lang w:val="ru-RU"/>
        </w:rPr>
      </w:pP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О нашей Родине.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Круг чтения: произведения о Родине (на примере  не   менее   трёх   стихотворений И. С. Никитина, Ф. П. Савинова, А. А. Прокофьева, Н. М. Рубцова, С. А. Есенина и др.).</w:t>
      </w:r>
    </w:p>
    <w:p w:rsidR="00D16C49" w:rsidRPr="00CF4A07" w:rsidRDefault="00CF4A07">
      <w:pPr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и др.).</w:t>
      </w:r>
    </w:p>
    <w:p w:rsidR="00D16C49" w:rsidRPr="00CF4A07" w:rsidRDefault="00CF4A07">
      <w:pPr>
        <w:autoSpaceDE w:val="0"/>
        <w:autoSpaceDN w:val="0"/>
        <w:spacing w:before="192" w:after="0" w:line="283" w:lineRule="auto"/>
        <w:ind w:right="288" w:firstLine="180"/>
        <w:rPr>
          <w:lang w:val="ru-RU"/>
        </w:rPr>
      </w:pP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Фольклор (устное народное творчество).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Произведения малых жанров фольклора (</w:t>
      </w:r>
      <w:proofErr w:type="spell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, считалки, пословицы, скороговорки, небылицы, загадки по выбору). Шуточные фольклорные произведения — скороговорки, небылицы. Особенности скороговорок, их роль в речи. Игра со словом, «перевёртыш событий» как основа построения небылиц. Ритм и счёт —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— выражение народной мудрости, нравственная идея фольклорных сказок. Особенности сказок разного вида (о животных, бытовые, волшебные).</w:t>
      </w:r>
    </w:p>
    <w:p w:rsidR="00D16C49" w:rsidRPr="00CF4A07" w:rsidRDefault="00CF4A07">
      <w:pPr>
        <w:autoSpaceDE w:val="0"/>
        <w:autoSpaceDN w:val="0"/>
        <w:spacing w:before="70" w:after="0"/>
        <w:ind w:right="576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D16C49" w:rsidRPr="00CF4A07" w:rsidRDefault="00CF4A07">
      <w:pPr>
        <w:autoSpaceDE w:val="0"/>
        <w:autoSpaceDN w:val="0"/>
        <w:spacing w:before="190" w:after="0" w:line="286" w:lineRule="auto"/>
        <w:ind w:firstLine="180"/>
        <w:rPr>
          <w:lang w:val="ru-RU"/>
        </w:rPr>
      </w:pP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Звуки и краски родной природы в разные времена года.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Тема природы в разные времена года (осень, зима, весна, лето) в произведениях литературы (по выбору, не менее пяти авторов).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и др.) и музыкальных произведениях    (например,    произведения    П. И. Чайковского, А. Вивальди и др.). 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jc w:val="center"/>
        <w:rPr>
          <w:lang w:val="ru-RU"/>
        </w:rPr>
      </w:pP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О детях и дружбе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. Круг чтения: тема дружбы в художественном произведении (расширение круга чтения: не менее четырёх </w:t>
      </w:r>
      <w:proofErr w:type="gram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произведений  С.</w:t>
      </w:r>
      <w:proofErr w:type="gram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А. </w:t>
      </w:r>
      <w:proofErr w:type="spell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Баруздина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,  Н. Н. Носова,  В. А. Осеевой, А. Гайдара, В.</w:t>
      </w:r>
    </w:p>
    <w:p w:rsidR="00D16C49" w:rsidRPr="00CF4A07" w:rsidRDefault="00CF4A07">
      <w:pPr>
        <w:autoSpaceDE w:val="0"/>
        <w:autoSpaceDN w:val="0"/>
        <w:spacing w:before="72" w:after="0"/>
        <w:ind w:right="288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П. Катаева, И. П. </w:t>
      </w:r>
      <w:proofErr w:type="spell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Токмаковой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, В. Ю. Драгунского, В. В. Лунина и др.).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D16C49" w:rsidRPr="00CF4A07" w:rsidRDefault="00CF4A07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Мир сказок.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 (например, народная сказка «Золотая </w:t>
      </w:r>
      <w:proofErr w:type="gram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рыбка»  и</w:t>
      </w:r>
      <w:proofErr w:type="gram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 «Сказка  о рыбаке  и  рыбке» А. С. Пушкина, народная сказка «Морозко» и сказка «Мороз Иванович» В. Ф. Одоевского). Тема дружбы в произведениях зарубежных авторов.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D16C49" w:rsidRPr="00CF4A07" w:rsidRDefault="00CF4A07">
      <w:pPr>
        <w:autoSpaceDE w:val="0"/>
        <w:autoSpaceDN w:val="0"/>
        <w:spacing w:before="190" w:after="0"/>
        <w:ind w:firstLine="180"/>
        <w:rPr>
          <w:lang w:val="ru-RU"/>
        </w:rPr>
      </w:pP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О братьях наших меньших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— тема литературы (произведения Д. Н. Мамина-Сибиряка, Е. И. </w:t>
      </w:r>
      <w:proofErr w:type="spell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Чарушина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, В. В. Бианки, Г. А. </w:t>
      </w:r>
      <w:proofErr w:type="spell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Скребицкого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, В. В. </w:t>
      </w:r>
      <w:proofErr w:type="spell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Чаплиной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, С. В. Михалкова, Б. С. Житкова, С. В. Образцова, М. М.</w:t>
      </w:r>
    </w:p>
    <w:p w:rsidR="00D16C49" w:rsidRPr="00CF4A07" w:rsidRDefault="00CF4A07">
      <w:pPr>
        <w:autoSpaceDE w:val="0"/>
        <w:autoSpaceDN w:val="0"/>
        <w:spacing w:before="70" w:after="0" w:line="230" w:lineRule="auto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Пришвина и др.).  Отражение образов животных в фольклоре (русские народные песни, загадки,</w:t>
      </w:r>
    </w:p>
    <w:p w:rsidR="00D16C49" w:rsidRPr="00CF4A07" w:rsidRDefault="00D16C49">
      <w:pPr>
        <w:rPr>
          <w:lang w:val="ru-RU"/>
        </w:rPr>
        <w:sectPr w:rsidR="00D16C49" w:rsidRPr="00CF4A07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6C49" w:rsidRPr="00CF4A07" w:rsidRDefault="00D16C49">
      <w:pPr>
        <w:autoSpaceDE w:val="0"/>
        <w:autoSpaceDN w:val="0"/>
        <w:spacing w:after="66" w:line="220" w:lineRule="exact"/>
        <w:rPr>
          <w:lang w:val="ru-RU"/>
        </w:rPr>
      </w:pPr>
    </w:p>
    <w:p w:rsidR="00D16C49" w:rsidRPr="00CF4A07" w:rsidRDefault="00CF4A07">
      <w:pPr>
        <w:autoSpaceDE w:val="0"/>
        <w:autoSpaceDN w:val="0"/>
        <w:spacing w:after="0" w:line="271" w:lineRule="auto"/>
        <w:ind w:right="288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сказки). Герои стихотворных и прозаических произведений о животных. Описание животных в художественном и научно-познавательном тексте. Приёмы раскрытия автором отношений людей и животных. Нравственно-этические понятия: отношение человека к животным (любовь и забота).</w:t>
      </w:r>
    </w:p>
    <w:p w:rsidR="00D16C49" w:rsidRPr="00CF4A07" w:rsidRDefault="00CF4A07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Особенности басни как жанра литературы, прозаические и стихотворные   басни   (на   примере произведений   И. А. Крылова, Л. Н. Толстого). Мораль басни как нравственный урок (поучение).</w:t>
      </w:r>
    </w:p>
    <w:p w:rsidR="00D16C49" w:rsidRPr="00CF4A07" w:rsidRDefault="00CF4A07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Знакомство с художниками-иллюстраторами, анималистами (без использования термина): Е. И. </w:t>
      </w:r>
      <w:proofErr w:type="spell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Чарушин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, В. В. Бианки.</w:t>
      </w:r>
    </w:p>
    <w:p w:rsidR="00D16C49" w:rsidRPr="00CF4A07" w:rsidRDefault="00CF4A07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О наших близких, о семье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. Тема семьи, детства, взаимоотношений взрослых и детей в творчестве писателей и фольклорных произведениях (по выбору).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D16C49" w:rsidRPr="00CF4A07" w:rsidRDefault="00CF4A07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Зарубежная литература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. Круг чтения: литературная (авторская) сказка (не менее двух </w:t>
      </w:r>
      <w:r w:rsidRPr="00CF4A07">
        <w:rPr>
          <w:lang w:val="ru-RU"/>
        </w:rPr>
        <w:br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произведений): зарубежные писатели-сказочники (Ш. Перро, братья Гримм, Х.-К. Андерсен, Дж. </w:t>
      </w:r>
      <w:proofErr w:type="spell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Родари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 Характеристика авторской сказки: герои, особенности построения и языка. Сходство тем и сюжетов сказок разных народов. Тема дружбы в произведениях зарубежных авторов.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D16C49" w:rsidRPr="00CF4A07" w:rsidRDefault="00CF4A07">
      <w:pPr>
        <w:autoSpaceDE w:val="0"/>
        <w:autoSpaceDN w:val="0"/>
        <w:spacing w:before="190" w:after="0"/>
        <w:ind w:firstLine="180"/>
        <w:rPr>
          <w:lang w:val="ru-RU"/>
        </w:rPr>
      </w:pP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Библиографическая </w:t>
      </w:r>
      <w:proofErr w:type="gramStart"/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культура(</w:t>
      </w:r>
      <w:proofErr w:type="gramEnd"/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 с  детской  книгой и справочной литературой)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. Книга как источник необходимых знаний. Элементы книги: содержание или оглавление, аннотация, </w:t>
      </w:r>
      <w:r w:rsidRPr="00CF4A07">
        <w:rPr>
          <w:lang w:val="ru-RU"/>
        </w:rPr>
        <w:br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D16C49" w:rsidRPr="00CF4A07" w:rsidRDefault="00D16C49">
      <w:pPr>
        <w:rPr>
          <w:lang w:val="ru-RU"/>
        </w:rPr>
        <w:sectPr w:rsidR="00D16C49" w:rsidRPr="00CF4A07">
          <w:pgSz w:w="11900" w:h="16840"/>
          <w:pgMar w:top="286" w:right="720" w:bottom="1440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D16C49" w:rsidRPr="00CF4A07" w:rsidRDefault="00D16C49">
      <w:pPr>
        <w:autoSpaceDE w:val="0"/>
        <w:autoSpaceDN w:val="0"/>
        <w:spacing w:after="78" w:line="220" w:lineRule="exact"/>
        <w:rPr>
          <w:lang w:val="ru-RU"/>
        </w:rPr>
      </w:pPr>
    </w:p>
    <w:p w:rsidR="00D16C49" w:rsidRPr="00CF4A07" w:rsidRDefault="00CF4A07">
      <w:pPr>
        <w:autoSpaceDE w:val="0"/>
        <w:autoSpaceDN w:val="0"/>
        <w:spacing w:after="0" w:line="230" w:lineRule="auto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16C49" w:rsidRPr="00CF4A07" w:rsidRDefault="00CF4A07">
      <w:pPr>
        <w:tabs>
          <w:tab w:val="left" w:pos="180"/>
        </w:tabs>
        <w:autoSpaceDE w:val="0"/>
        <w:autoSpaceDN w:val="0"/>
        <w:spacing w:before="346" w:after="0" w:line="262" w:lineRule="auto"/>
        <w:rPr>
          <w:lang w:val="ru-RU"/>
        </w:rPr>
      </w:pP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литературного чтения во 2 классе направлено на достижение обучающимися личностных, </w:t>
      </w:r>
      <w:proofErr w:type="spell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D16C49" w:rsidRPr="00CF4A07" w:rsidRDefault="00CF4A07">
      <w:pPr>
        <w:autoSpaceDE w:val="0"/>
        <w:autoSpaceDN w:val="0"/>
        <w:spacing w:before="262" w:after="0" w:line="230" w:lineRule="auto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16C49" w:rsidRPr="00CF4A07" w:rsidRDefault="00CF4A07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</w:t>
      </w:r>
      <w:proofErr w:type="spellStart"/>
      <w:proofErr w:type="gram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чтение»отражают</w:t>
      </w:r>
      <w:proofErr w:type="spellEnd"/>
      <w:proofErr w:type="gram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D16C49" w:rsidRPr="00CF4A07" w:rsidRDefault="00CF4A0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Гражданско-патриотическое воспитание:</w:t>
      </w:r>
    </w:p>
    <w:p w:rsidR="00D16C49" w:rsidRPr="00CF4A07" w:rsidRDefault="00CF4A07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D16C49" w:rsidRPr="00CF4A07" w:rsidRDefault="00CF4A07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D16C49" w:rsidRPr="00CF4A07" w:rsidRDefault="00CF4A07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D16C49" w:rsidRPr="00CF4A07" w:rsidRDefault="00CF4A0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Духовно-нравственное воспитание:</w:t>
      </w:r>
    </w:p>
    <w:p w:rsidR="00D16C49" w:rsidRPr="00CF4A07" w:rsidRDefault="00CF4A07">
      <w:pPr>
        <w:autoSpaceDE w:val="0"/>
        <w:autoSpaceDN w:val="0"/>
        <w:spacing w:before="178" w:after="0"/>
        <w:ind w:left="420" w:right="7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D16C49" w:rsidRPr="00CF4A07" w:rsidRDefault="00CF4A07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неприятие любых форм поведения, направленных на причинение физического и морального вреда другим людям </w:t>
      </w:r>
    </w:p>
    <w:p w:rsidR="00D16C49" w:rsidRPr="00CF4A07" w:rsidRDefault="00CF4A0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воспитание:</w:t>
      </w:r>
    </w:p>
    <w:p w:rsidR="00D16C49" w:rsidRPr="00CF4A07" w:rsidRDefault="00CF4A07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D16C49" w:rsidRPr="00CF4A07" w:rsidRDefault="00CF4A0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 эстетического  опыта  слушания,  чтения и эмоционально-эстетической оценки</w:t>
      </w:r>
    </w:p>
    <w:p w:rsidR="00D16C49" w:rsidRPr="00CF4A07" w:rsidRDefault="00D16C49">
      <w:pPr>
        <w:rPr>
          <w:lang w:val="ru-RU"/>
        </w:rPr>
        <w:sectPr w:rsidR="00D16C49" w:rsidRPr="00CF4A07">
          <w:pgSz w:w="11900" w:h="16840"/>
          <w:pgMar w:top="298" w:right="650" w:bottom="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16C49" w:rsidRPr="00CF4A07" w:rsidRDefault="00D16C49">
      <w:pPr>
        <w:autoSpaceDE w:val="0"/>
        <w:autoSpaceDN w:val="0"/>
        <w:spacing w:after="66" w:line="220" w:lineRule="exact"/>
        <w:rPr>
          <w:lang w:val="ru-RU"/>
        </w:rPr>
      </w:pPr>
    </w:p>
    <w:p w:rsidR="00D16C49" w:rsidRPr="00CF4A07" w:rsidRDefault="00CF4A07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произведений фольклора и художественной литературы;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понимание образного языка художественных произведений, выразительных средств, создающих художественный образ.</w:t>
      </w:r>
    </w:p>
    <w:p w:rsidR="00D16C49" w:rsidRPr="00CF4A07" w:rsidRDefault="00CF4A0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Физическое воспитание, формирование культуры здоровья эмоционального благополучия:</w:t>
      </w:r>
    </w:p>
    <w:p w:rsidR="00D16C49" w:rsidRPr="00CF4A07" w:rsidRDefault="00CF4A07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 здорового  и  безопасного  (для  себя и других людей) образа жизни в окружающей среде (в том числе информационной);</w:t>
      </w:r>
    </w:p>
    <w:p w:rsidR="00D16C49" w:rsidRPr="00CF4A07" w:rsidRDefault="00CF4A0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здоровью.</w:t>
      </w:r>
    </w:p>
    <w:p w:rsidR="00D16C49" w:rsidRPr="00CF4A07" w:rsidRDefault="00CF4A0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Трудовое воспитание:</w:t>
      </w:r>
    </w:p>
    <w:p w:rsidR="00D16C49" w:rsidRPr="00CF4A07" w:rsidRDefault="00CF4A07">
      <w:pPr>
        <w:autoSpaceDE w:val="0"/>
        <w:autoSpaceDN w:val="0"/>
        <w:spacing w:before="180" w:after="0" w:line="271" w:lineRule="auto"/>
        <w:ind w:left="420" w:right="7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16C49" w:rsidRPr="00CF4A07" w:rsidRDefault="00CF4A0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D16C49" w:rsidRPr="00CF4A07" w:rsidRDefault="00CF4A07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D16C49" w:rsidRPr="00CF4A07" w:rsidRDefault="00CF4A0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D16C49" w:rsidRPr="00CF4A07" w:rsidRDefault="00CF4A0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D16C49" w:rsidRPr="00CF4A07" w:rsidRDefault="00CF4A07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D16C49" w:rsidRPr="00CF4A07" w:rsidRDefault="00CF4A0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овладение смысловым чтением для решения различного уровня учебных и жизненных задач;</w:t>
      </w:r>
    </w:p>
    <w:p w:rsidR="00D16C49" w:rsidRPr="00CF4A07" w:rsidRDefault="00CF4A07">
      <w:pPr>
        <w:autoSpaceDE w:val="0"/>
        <w:autoSpaceDN w:val="0"/>
        <w:spacing w:before="190" w:after="0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D16C49" w:rsidRPr="00CF4A07" w:rsidRDefault="00CF4A07">
      <w:pPr>
        <w:autoSpaceDE w:val="0"/>
        <w:autoSpaceDN w:val="0"/>
        <w:spacing w:before="322" w:after="0" w:line="230" w:lineRule="auto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16C49" w:rsidRPr="00CF4A07" w:rsidRDefault="00CF4A07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D16C49" w:rsidRPr="00CF4A07" w:rsidRDefault="00CF4A07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</w:p>
    <w:p w:rsidR="00D16C49" w:rsidRPr="00CF4A07" w:rsidRDefault="00CF4A07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D16C49" w:rsidRPr="00CF4A07" w:rsidRDefault="00CF4A0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объединять произведения по жанру, авторской принадлежности;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классификации, классифицировать произведения по темам, жанрам и видам;</w:t>
      </w:r>
    </w:p>
    <w:p w:rsidR="00D16C49" w:rsidRPr="00CF4A07" w:rsidRDefault="00CF4A07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</w:t>
      </w:r>
      <w:r w:rsidRPr="00CF4A07">
        <w:rPr>
          <w:lang w:val="ru-RU"/>
        </w:rPr>
        <w:br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предложенному алгоритму;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алгоритма;</w:t>
      </w:r>
    </w:p>
    <w:p w:rsidR="00D16C49" w:rsidRPr="00CF4A07" w:rsidRDefault="00CF4A0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</w:t>
      </w:r>
      <w:proofErr w:type="gram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причинно-следственные связи в сюжете фольклорного и художественного</w:t>
      </w:r>
    </w:p>
    <w:p w:rsidR="00D16C49" w:rsidRPr="00CF4A07" w:rsidRDefault="00D16C49">
      <w:pPr>
        <w:rPr>
          <w:lang w:val="ru-RU"/>
        </w:rPr>
        <w:sectPr w:rsidR="00D16C49" w:rsidRPr="00CF4A07">
          <w:pgSz w:w="11900" w:h="16840"/>
          <w:pgMar w:top="286" w:right="720" w:bottom="296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D16C49" w:rsidRPr="00CF4A07" w:rsidRDefault="00D16C49">
      <w:pPr>
        <w:autoSpaceDE w:val="0"/>
        <w:autoSpaceDN w:val="0"/>
        <w:spacing w:after="90" w:line="220" w:lineRule="exact"/>
        <w:rPr>
          <w:lang w:val="ru-RU"/>
        </w:rPr>
      </w:pPr>
    </w:p>
    <w:p w:rsidR="00D16C49" w:rsidRPr="00CF4A07" w:rsidRDefault="00CF4A07">
      <w:pPr>
        <w:tabs>
          <w:tab w:val="left" w:pos="420"/>
        </w:tabs>
        <w:autoSpaceDE w:val="0"/>
        <w:autoSpaceDN w:val="0"/>
        <w:spacing w:after="0" w:line="346" w:lineRule="auto"/>
        <w:ind w:left="180"/>
        <w:rPr>
          <w:lang w:val="ru-RU"/>
        </w:rPr>
      </w:pP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текста, при составлении плана, пересказе текста, характеристике поступков героев; </w:t>
      </w:r>
      <w:r w:rsidRPr="00CF4A07">
        <w:rPr>
          <w:lang w:val="ru-RU"/>
        </w:rPr>
        <w:br/>
      </w: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действия: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разрыв между реальным и желательным состоянием объекта (ситуации) на основе </w:t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предложенных учителем вопросов;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 помощью учителя цель, планировать изменения объекта, ситуации;</w:t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подходящий (на основе </w:t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предложенных критериев);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установлению </w:t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особенностей объекта изучения и связей между объектами (часть — целое, причина —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следствие);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(опыта, классификации, сравнения, исследования);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прогнозировать возможное развитие процессов, событий и их последствия в аналогичных или </w:t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сходных ситуациях; </w:t>
      </w:r>
      <w:r w:rsidRPr="00CF4A07">
        <w:rPr>
          <w:lang w:val="ru-RU"/>
        </w:rPr>
        <w:br/>
      </w: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представленную в явном виде;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основании </w:t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предложенного учителем способа её проверки;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(учителей, родителей (законных представителей) правила </w:t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информационной безопасности при поиске информации в сети Интернет;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 создавать текстовую, видео, графическую, звуковую информацию в </w:t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соответствии с учебной задачей;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D16C49" w:rsidRPr="00CF4A07" w:rsidRDefault="00CF4A07">
      <w:pPr>
        <w:tabs>
          <w:tab w:val="left" w:pos="180"/>
          <w:tab w:val="left" w:pos="420"/>
        </w:tabs>
        <w:autoSpaceDE w:val="0"/>
        <w:autoSpaceDN w:val="0"/>
        <w:spacing w:before="178" w:after="0" w:line="350" w:lineRule="auto"/>
        <w:ind w:right="432"/>
        <w:rPr>
          <w:lang w:val="ru-RU"/>
        </w:rPr>
      </w:pP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действия: 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</w:t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условиями общения в знакомой среде;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</w:t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дискуссии;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повествование);</w:t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D16C49" w:rsidRPr="00CF4A07" w:rsidRDefault="00D16C49">
      <w:pPr>
        <w:rPr>
          <w:lang w:val="ru-RU"/>
        </w:rPr>
        <w:sectPr w:rsidR="00D16C49" w:rsidRPr="00CF4A07">
          <w:pgSz w:w="11900" w:h="16840"/>
          <w:pgMar w:top="310" w:right="744" w:bottom="416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D16C49" w:rsidRPr="00CF4A07" w:rsidRDefault="00D16C49">
      <w:pPr>
        <w:autoSpaceDE w:val="0"/>
        <w:autoSpaceDN w:val="0"/>
        <w:spacing w:after="78" w:line="220" w:lineRule="exact"/>
        <w:rPr>
          <w:lang w:val="ru-RU"/>
        </w:rPr>
      </w:pPr>
    </w:p>
    <w:p w:rsidR="00D16C49" w:rsidRPr="00CF4A07" w:rsidRDefault="00CF4A07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универсальные учебные действия: </w:t>
      </w:r>
      <w:r w:rsidRPr="00CF4A07">
        <w:rPr>
          <w:lang w:val="ru-RU"/>
        </w:rPr>
        <w:br/>
      </w:r>
      <w:r w:rsidRPr="00CF4A07">
        <w:rPr>
          <w:lang w:val="ru-RU"/>
        </w:rPr>
        <w:tab/>
      </w: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D16C49" w:rsidRPr="00CF4A07" w:rsidRDefault="00CF4A0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D16C49" w:rsidRPr="00CF4A07" w:rsidRDefault="00CF4A0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действий;</w:t>
      </w:r>
    </w:p>
    <w:p w:rsidR="00D16C49" w:rsidRPr="00CF4A07" w:rsidRDefault="00CF4A0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CF4A07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D16C49" w:rsidRPr="00CF4A07" w:rsidRDefault="00CF4A07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D16C49" w:rsidRPr="00CF4A07" w:rsidRDefault="00CF4A0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D16C49" w:rsidRPr="00CF4A07" w:rsidRDefault="00CF4A07">
      <w:pPr>
        <w:autoSpaceDE w:val="0"/>
        <w:autoSpaceDN w:val="0"/>
        <w:spacing w:before="324" w:after="0" w:line="230" w:lineRule="auto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D16C49" w:rsidRPr="00CF4A07" w:rsidRDefault="00CF4A07">
      <w:pPr>
        <w:autoSpaceDE w:val="0"/>
        <w:autoSpaceDN w:val="0"/>
        <w:spacing w:before="228" w:after="0" w:line="271" w:lineRule="auto"/>
        <w:ind w:left="420" w:right="432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16C49" w:rsidRPr="00CF4A07" w:rsidRDefault="00CF4A0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подчиняться;</w:t>
      </w:r>
    </w:p>
    <w:p w:rsidR="00D16C49" w:rsidRPr="00CF4A07" w:rsidRDefault="00CF4A0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D16C49" w:rsidRPr="00CF4A07" w:rsidRDefault="00CF4A0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D16C49" w:rsidRPr="00CF4A07" w:rsidRDefault="00CF4A0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D16C49" w:rsidRPr="00CF4A07" w:rsidRDefault="00CF4A07">
      <w:pPr>
        <w:autoSpaceDE w:val="0"/>
        <w:autoSpaceDN w:val="0"/>
        <w:spacing w:before="322" w:after="0" w:line="230" w:lineRule="auto"/>
        <w:rPr>
          <w:lang w:val="ru-RU"/>
        </w:rPr>
      </w:pP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16C49" w:rsidRPr="00CF4A07" w:rsidRDefault="00CF4A07">
      <w:pPr>
        <w:autoSpaceDE w:val="0"/>
        <w:autoSpaceDN w:val="0"/>
        <w:spacing w:before="166" w:after="0"/>
        <w:ind w:right="576" w:firstLine="18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D16C49" w:rsidRPr="00CF4A07" w:rsidRDefault="00CF4A0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</w:t>
      </w:r>
      <w:r w:rsidRPr="00CF4A0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во втором классе</w:t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D16C49" w:rsidRPr="00CF4A07" w:rsidRDefault="00CF4A07">
      <w:pPr>
        <w:autoSpaceDE w:val="0"/>
        <w:autoSpaceDN w:val="0"/>
        <w:spacing w:before="178" w:after="0" w:line="283" w:lineRule="auto"/>
        <w:ind w:left="4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объяснять важность  чтения  для  решения  учебных  задач и применения в различных жизненных ситуациях:  переходить от чтения вслух к чтению про себя в соответствии с учебной задачей, обращаться к разным видам чтения (изучающее, ознакомительное, поисковое </w:t>
      </w:r>
      <w:r w:rsidRPr="00CF4A07">
        <w:rPr>
          <w:lang w:val="ru-RU"/>
        </w:rPr>
        <w:br/>
      </w: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D16C49" w:rsidRPr="00CF4A07" w:rsidRDefault="00CF4A07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целыми словами без пропусков и перестановок букв и слогов доступные по восприятию и небольшие по объёму прозаические и  стихотворные  произведения  в  темпе не менее 40 слов в минуту (без отметочного оценивания);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различать прозаическую и стихотворную речь: называть особенности стихотворного произведения (ритм, рифма);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D16C49" w:rsidRPr="00CF4A07" w:rsidRDefault="00D16C49">
      <w:pPr>
        <w:rPr>
          <w:lang w:val="ru-RU"/>
        </w:rPr>
        <w:sectPr w:rsidR="00D16C49" w:rsidRPr="00CF4A07">
          <w:pgSz w:w="11900" w:h="16840"/>
          <w:pgMar w:top="298" w:right="740" w:bottom="348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D16C49" w:rsidRPr="00CF4A07" w:rsidRDefault="00D16C49">
      <w:pPr>
        <w:autoSpaceDE w:val="0"/>
        <w:autoSpaceDN w:val="0"/>
        <w:spacing w:after="96" w:line="220" w:lineRule="exact"/>
        <w:rPr>
          <w:lang w:val="ru-RU"/>
        </w:rPr>
      </w:pPr>
    </w:p>
    <w:p w:rsidR="00D16C49" w:rsidRPr="00CF4A07" w:rsidRDefault="00CF4A07">
      <w:pPr>
        <w:autoSpaceDE w:val="0"/>
        <w:autoSpaceDN w:val="0"/>
        <w:spacing w:after="0" w:line="271" w:lineRule="auto"/>
        <w:ind w:right="144"/>
        <w:rPr>
          <w:lang w:val="ru-RU"/>
        </w:rPr>
      </w:pPr>
      <w:proofErr w:type="gram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различать</w:t>
      </w:r>
      <w:proofErr w:type="gram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и называть отдельные жанры фольклора (считалки, загадки, пословицы, </w:t>
      </w:r>
      <w:proofErr w:type="spell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</w:p>
    <w:p w:rsidR="00D16C49" w:rsidRPr="00CF4A07" w:rsidRDefault="00CF4A07">
      <w:pPr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D16C49" w:rsidRPr="00CF4A07" w:rsidRDefault="00CF4A07">
      <w:pPr>
        <w:autoSpaceDE w:val="0"/>
        <w:autoSpaceDN w:val="0"/>
        <w:spacing w:before="190" w:after="0"/>
        <w:ind w:right="432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D16C49" w:rsidRPr="00CF4A07" w:rsidRDefault="00CF4A07">
      <w:pPr>
        <w:autoSpaceDE w:val="0"/>
        <w:autoSpaceDN w:val="0"/>
        <w:spacing w:before="192" w:after="0" w:line="262" w:lineRule="auto"/>
        <w:ind w:right="432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D16C49" w:rsidRPr="00CF4A07" w:rsidRDefault="00CF4A07">
      <w:pPr>
        <w:autoSpaceDE w:val="0"/>
        <w:autoSpaceDN w:val="0"/>
        <w:spacing w:before="238" w:after="0" w:line="262" w:lineRule="auto"/>
        <w:ind w:right="432"/>
        <w:rPr>
          <w:lang w:val="ru-RU"/>
        </w:rPr>
      </w:pPr>
      <w:proofErr w:type="gram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осознанно</w:t>
      </w:r>
      <w:proofErr w:type="gram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D16C49" w:rsidRPr="00CF4A07" w:rsidRDefault="00CF4A07">
      <w:pPr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пересказывать (устно) содержание произведения подробно, выборочно, от лица героя, от третьего лица;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читать по ролям с соблюдением норм произношения, расстановки ударения, инсценировать небольшие эпизоды из произведения;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составлять высказывания на заданную тему по содержанию произведения (не менее 5 предложений);</w:t>
      </w:r>
    </w:p>
    <w:p w:rsidR="00D16C49" w:rsidRPr="00CF4A07" w:rsidRDefault="00CF4A07">
      <w:pPr>
        <w:autoSpaceDE w:val="0"/>
        <w:autoSpaceDN w:val="0"/>
        <w:spacing w:before="190" w:after="0" w:line="230" w:lineRule="auto"/>
        <w:rPr>
          <w:lang w:val="ru-RU"/>
        </w:rPr>
      </w:pPr>
      <w:proofErr w:type="gramStart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сочинять</w:t>
      </w:r>
      <w:proofErr w:type="gramEnd"/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 xml:space="preserve"> по аналогии с прочитанным загадки, небольшие сказки, рассказы;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книге/учебнике по обложке, оглавлению, аннотации, иллюстрациям, предисловию, условным обозначениям;</w:t>
      </w:r>
    </w:p>
    <w:p w:rsidR="00D16C49" w:rsidRPr="00CF4A07" w:rsidRDefault="00CF4A07">
      <w:pPr>
        <w:autoSpaceDE w:val="0"/>
        <w:autoSpaceDN w:val="0"/>
        <w:spacing w:before="190" w:after="0" w:line="262" w:lineRule="auto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выбирать книги для самостоятельного чтения с учётом рекомендательного списка,  используя картотеки,  рассказывать о прочитанной книге;</w:t>
      </w:r>
    </w:p>
    <w:p w:rsidR="00D16C49" w:rsidRPr="00CF4A07" w:rsidRDefault="00CF4A07">
      <w:pPr>
        <w:autoSpaceDE w:val="0"/>
        <w:autoSpaceDN w:val="0"/>
        <w:spacing w:before="192" w:after="0" w:line="262" w:lineRule="auto"/>
        <w:ind w:right="1008"/>
        <w:rPr>
          <w:lang w:val="ru-RU"/>
        </w:rPr>
      </w:pPr>
      <w:r w:rsidRPr="00CF4A07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справочную литературу для получения дополнительной информации в соответствии с учебной задачей.</w:t>
      </w:r>
    </w:p>
    <w:p w:rsidR="00D16C49" w:rsidRPr="00CF4A07" w:rsidRDefault="00D16C49">
      <w:pPr>
        <w:rPr>
          <w:lang w:val="ru-RU"/>
        </w:rPr>
        <w:sectPr w:rsidR="00D16C49" w:rsidRPr="00CF4A07">
          <w:pgSz w:w="11900" w:h="16840"/>
          <w:pgMar w:top="316" w:right="714" w:bottom="1440" w:left="1086" w:header="720" w:footer="720" w:gutter="0"/>
          <w:cols w:space="720" w:equalWidth="0">
            <w:col w:w="10099" w:space="0"/>
          </w:cols>
          <w:docGrid w:linePitch="360"/>
        </w:sectPr>
      </w:pPr>
    </w:p>
    <w:p w:rsidR="00D16C49" w:rsidRPr="00CF4A07" w:rsidRDefault="00D16C49">
      <w:pPr>
        <w:autoSpaceDE w:val="0"/>
        <w:autoSpaceDN w:val="0"/>
        <w:spacing w:after="64" w:line="220" w:lineRule="exact"/>
        <w:rPr>
          <w:lang w:val="ru-RU"/>
        </w:rPr>
      </w:pPr>
    </w:p>
    <w:p w:rsidR="0034214D" w:rsidRDefault="00CF4A07" w:rsidP="0034214D">
      <w:pPr>
        <w:pStyle w:val="af"/>
        <w:spacing w:before="2"/>
        <w:rPr>
          <w:b/>
          <w:sz w:val="14"/>
        </w:rPr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6291"/>
        <w:gridCol w:w="2125"/>
        <w:gridCol w:w="1381"/>
      </w:tblGrid>
      <w:tr w:rsidR="0034214D" w:rsidTr="007D739B">
        <w:trPr>
          <w:trHeight w:val="333"/>
        </w:trPr>
        <w:tc>
          <w:tcPr>
            <w:tcW w:w="468" w:type="dxa"/>
            <w:vMerge w:val="restart"/>
          </w:tcPr>
          <w:p w:rsidR="0034214D" w:rsidRDefault="0034214D" w:rsidP="007D739B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1597" w:type="dxa"/>
            <w:vMerge w:val="restart"/>
          </w:tcPr>
          <w:p w:rsidR="0034214D" w:rsidRDefault="0034214D" w:rsidP="007D739B">
            <w:pPr>
              <w:pStyle w:val="TableParagraph"/>
              <w:spacing w:before="74" w:line="266" w:lineRule="auto"/>
              <w:ind w:right="458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34214D" w:rsidRDefault="0034214D" w:rsidP="007D739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34214D" w:rsidRDefault="0034214D" w:rsidP="007D739B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6291" w:type="dxa"/>
            <w:vMerge w:val="restart"/>
          </w:tcPr>
          <w:p w:rsidR="0034214D" w:rsidRDefault="0034214D" w:rsidP="007D739B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2125" w:type="dxa"/>
            <w:vMerge w:val="restart"/>
          </w:tcPr>
          <w:p w:rsidR="0034214D" w:rsidRDefault="0034214D" w:rsidP="007D739B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381" w:type="dxa"/>
            <w:vMerge w:val="restart"/>
          </w:tcPr>
          <w:p w:rsidR="0034214D" w:rsidRDefault="0034214D" w:rsidP="007D739B">
            <w:pPr>
              <w:pStyle w:val="TableParagraph"/>
              <w:spacing w:before="74" w:line="266" w:lineRule="auto"/>
              <w:ind w:left="79" w:right="4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34214D" w:rsidTr="007D739B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34214D" w:rsidRDefault="0034214D" w:rsidP="007D739B"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  <w:vMerge/>
            <w:tcBorders>
              <w:top w:val="nil"/>
            </w:tcBorders>
          </w:tcPr>
          <w:p w:rsidR="0034214D" w:rsidRDefault="0034214D" w:rsidP="007D739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4214D" w:rsidRDefault="0034214D" w:rsidP="007D739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34214D" w:rsidRDefault="0034214D" w:rsidP="007D739B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34214D" w:rsidRDefault="0034214D" w:rsidP="007D739B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34214D" w:rsidRDefault="0034214D" w:rsidP="007D739B">
            <w:pPr>
              <w:rPr>
                <w:sz w:val="2"/>
                <w:szCs w:val="2"/>
              </w:rPr>
            </w:pPr>
          </w:p>
        </w:tc>
        <w:tc>
          <w:tcPr>
            <w:tcW w:w="6291" w:type="dxa"/>
            <w:vMerge/>
            <w:tcBorders>
              <w:top w:val="nil"/>
            </w:tcBorders>
          </w:tcPr>
          <w:p w:rsidR="0034214D" w:rsidRDefault="0034214D" w:rsidP="007D739B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34214D" w:rsidRDefault="0034214D" w:rsidP="007D739B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34214D" w:rsidRDefault="0034214D" w:rsidP="007D739B">
            <w:pPr>
              <w:rPr>
                <w:sz w:val="2"/>
                <w:szCs w:val="2"/>
              </w:rPr>
            </w:pPr>
          </w:p>
        </w:tc>
      </w:tr>
      <w:tr w:rsidR="0034214D" w:rsidTr="007D739B">
        <w:trPr>
          <w:trHeight w:val="4559"/>
        </w:trPr>
        <w:tc>
          <w:tcPr>
            <w:tcW w:w="468" w:type="dxa"/>
          </w:tcPr>
          <w:p w:rsidR="0034214D" w:rsidRDefault="0034214D" w:rsidP="007D739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597" w:type="dxa"/>
          </w:tcPr>
          <w:p w:rsidR="0034214D" w:rsidRDefault="0034214D" w:rsidP="007D739B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нашей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Родине</w:t>
            </w:r>
          </w:p>
        </w:tc>
        <w:tc>
          <w:tcPr>
            <w:tcW w:w="528" w:type="dxa"/>
          </w:tcPr>
          <w:p w:rsidR="0034214D" w:rsidRDefault="0034214D" w:rsidP="007D739B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34214D" w:rsidRDefault="0034214D" w:rsidP="007D739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4214D" w:rsidRDefault="0034214D" w:rsidP="007D739B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4214D" w:rsidRDefault="0034214D" w:rsidP="007D739B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  <w:p w:rsidR="0034214D" w:rsidRDefault="0034214D" w:rsidP="007D739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6291" w:type="dxa"/>
          </w:tcPr>
          <w:p w:rsidR="0034214D" w:rsidRDefault="0034214D" w:rsidP="007D739B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определение учебной задачи изучения произведений данного раздела;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 стихотворных произведений, оценка своей эмоциональной реакции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прослушанное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стихотворений).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Никитина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«Русь»,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Савинова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Прокофьева</w:t>
            </w:r>
          </w:p>
          <w:p w:rsidR="0034214D" w:rsidRDefault="0034214D" w:rsidP="007D739B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«Родина»,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Рубцова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«Россия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куда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взгляну…»,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Александровой</w:t>
            </w:r>
          </w:p>
          <w:p w:rsidR="0034214D" w:rsidRDefault="0034214D" w:rsidP="007D739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«Родина»;</w:t>
            </w:r>
          </w:p>
          <w:p w:rsidR="0034214D" w:rsidRDefault="0034214D" w:rsidP="007D739B">
            <w:pPr>
              <w:pStyle w:val="TableParagraph"/>
              <w:spacing w:before="19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Участие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диалоге: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любовь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неотделима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любви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Работа с текстом произведения: читать отдельные строфы, задание на поисковое чтение: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 на вопросы. Например: в чём раскрывается истинная красота родной земли?;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Беседа на тему «Родина бывает разная, но у всех она одна… (З. Н. Александрова)»,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 вслух прозаических произведений по изучаемой теме. Например, С. Т.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Романовский «Русь», К. Г. </w:t>
            </w:r>
            <w:proofErr w:type="spellStart"/>
            <w:proofErr w:type="gramStart"/>
            <w:r>
              <w:rPr>
                <w:w w:val="105"/>
                <w:sz w:val="15"/>
              </w:rPr>
              <w:t>Паустовский«</w:t>
            </w:r>
            <w:proofErr w:type="gramEnd"/>
            <w:r>
              <w:rPr>
                <w:w w:val="105"/>
                <w:sz w:val="15"/>
              </w:rPr>
              <w:t>Мещёрская</w:t>
            </w:r>
            <w:proofErr w:type="spellEnd"/>
            <w:r>
              <w:rPr>
                <w:w w:val="105"/>
                <w:sz w:val="15"/>
              </w:rPr>
              <w:t xml:space="preserve"> сторона» (отрывки) и др.;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Распознавание прозаического и стихотворного произведений, сравнение произведений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 авторов на одну тему, заполнение таблицы, проверка результатов своей работы;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поисковое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«Родина»,</w:t>
            </w:r>
          </w:p>
          <w:p w:rsidR="0034214D" w:rsidRDefault="0034214D" w:rsidP="007D739B">
            <w:pPr>
              <w:pStyle w:val="TableParagraph"/>
              <w:spacing w:before="6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«Русь»,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«Отечество»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(Русь,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родные,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Отечество);</w:t>
            </w:r>
          </w:p>
          <w:p w:rsidR="0034214D" w:rsidRDefault="0034214D" w:rsidP="007D739B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Выразительное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наизусть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Родине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(одно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  <w:p w:rsidR="0034214D" w:rsidRDefault="0034214D" w:rsidP="007D739B">
            <w:pPr>
              <w:pStyle w:val="TableParagraph"/>
              <w:spacing w:before="19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репродукциям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Левитан,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Шишкин,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Поленов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</w:p>
          <w:p w:rsidR="0034214D" w:rsidRDefault="0034214D" w:rsidP="007D739B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выставки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летом,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«Любимая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книга»;</w:t>
            </w:r>
          </w:p>
        </w:tc>
        <w:tc>
          <w:tcPr>
            <w:tcW w:w="2125" w:type="dxa"/>
          </w:tcPr>
          <w:p w:rsidR="0034214D" w:rsidRDefault="0034214D" w:rsidP="007D739B">
            <w:pPr>
              <w:pStyle w:val="TableParagraph"/>
              <w:spacing w:before="74" w:line="266" w:lineRule="auto"/>
              <w:ind w:left="79" w:right="571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 работа;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</w:p>
          <w:p w:rsidR="0034214D" w:rsidRDefault="0034214D" w:rsidP="007D739B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Просмотр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фильма;</w:t>
            </w:r>
          </w:p>
        </w:tc>
        <w:tc>
          <w:tcPr>
            <w:tcW w:w="1381" w:type="dxa"/>
          </w:tcPr>
          <w:p w:rsidR="0034214D" w:rsidRDefault="0034214D" w:rsidP="007D739B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</w:tc>
      </w:tr>
    </w:tbl>
    <w:p w:rsidR="0034214D" w:rsidRDefault="0034214D" w:rsidP="0034214D">
      <w:pPr>
        <w:rPr>
          <w:sz w:val="15"/>
        </w:rPr>
        <w:sectPr w:rsidR="0034214D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6291"/>
        <w:gridCol w:w="2125"/>
        <w:gridCol w:w="1381"/>
      </w:tblGrid>
      <w:tr w:rsidR="0034214D" w:rsidTr="007D739B">
        <w:trPr>
          <w:trHeight w:val="8485"/>
        </w:trPr>
        <w:tc>
          <w:tcPr>
            <w:tcW w:w="46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1.2.</w:t>
            </w:r>
          </w:p>
        </w:tc>
        <w:tc>
          <w:tcPr>
            <w:tcW w:w="1597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right="21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Фольклор (устное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творчество</w:t>
            </w:r>
          </w:p>
        </w:tc>
        <w:tc>
          <w:tcPr>
            <w:tcW w:w="52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1104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4214D" w:rsidRDefault="0034214D" w:rsidP="007D739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  <w:p w:rsidR="0034214D" w:rsidRDefault="0034214D" w:rsidP="007D739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19.10.2022</w:t>
            </w:r>
          </w:p>
        </w:tc>
        <w:tc>
          <w:tcPr>
            <w:tcW w:w="6291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«Малые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фольклора»: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заполнение,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классе);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1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Участие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потешек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считалок,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скороговорок,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небылиц,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загадок(</w:t>
            </w:r>
            <w:proofErr w:type="gramEnd"/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  <w:p w:rsidR="0034214D" w:rsidRDefault="0034214D" w:rsidP="007D739B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Групповая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скороговорок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увеличением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конкурса</w:t>
            </w:r>
          </w:p>
          <w:p w:rsidR="0034214D" w:rsidRDefault="0034214D" w:rsidP="007D739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«Лучший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скороговорок»;</w:t>
            </w:r>
          </w:p>
          <w:p w:rsidR="0034214D" w:rsidRDefault="0034214D" w:rsidP="007D739B">
            <w:pPr>
              <w:pStyle w:val="TableParagraph"/>
              <w:spacing w:before="19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юмористических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небылицах,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созвучных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(рифмованных)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слов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(колыбельные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спокойно,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медленно, чтобы убаюкать, хороводные — весело, радостно для передачи состояний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природы),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ключевых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34214D" w:rsidRDefault="0034214D" w:rsidP="007D739B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объединение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темам;</w:t>
            </w:r>
          </w:p>
          <w:p w:rsidR="0034214D" w:rsidRDefault="0034214D" w:rsidP="007D739B">
            <w:pPr>
              <w:pStyle w:val="TableParagraph"/>
              <w:spacing w:before="19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proofErr w:type="spellStart"/>
            <w:r>
              <w:rPr>
                <w:w w:val="105"/>
                <w:sz w:val="15"/>
              </w:rPr>
              <w:t>потешка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загадка,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считалка,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небылица);</w:t>
            </w:r>
          </w:p>
          <w:p w:rsidR="0034214D" w:rsidRDefault="0034214D" w:rsidP="007D739B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Сочинение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аналогии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небылиц,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считалок;</w:t>
            </w:r>
          </w:p>
          <w:p w:rsidR="0034214D" w:rsidRDefault="0034214D" w:rsidP="007D739B">
            <w:pPr>
              <w:pStyle w:val="TableParagraph"/>
              <w:spacing w:before="19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Чтение молча (про себя) небольших по объёму сказок о животных: «Петушок и бобовое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зёрнышко»,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«Журавль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цапля»,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«Лиса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журавль»,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«Заячья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избушка»,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«Зимовье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зверей»,</w:t>
            </w:r>
          </w:p>
          <w:p w:rsidR="0034214D" w:rsidRDefault="0034214D" w:rsidP="007D739B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«Лисичка-сестричка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(1—2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  <w:p w:rsidR="0034214D" w:rsidRDefault="0034214D" w:rsidP="007D739B">
            <w:pPr>
              <w:pStyle w:val="TableParagraph"/>
              <w:spacing w:before="19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Контроль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молча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себя):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34214D" w:rsidRDefault="0034214D" w:rsidP="007D739B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идея,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герои;</w:t>
            </w:r>
          </w:p>
          <w:p w:rsidR="0034214D" w:rsidRDefault="0034214D" w:rsidP="007D739B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бытовой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волшебной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«Каша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топора»,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страха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глаза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велики»,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«Снегурочка»,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«Сестрица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Алёнушка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Иванушка»,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плюй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колодец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пригодится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напиться»,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«Гуси-лебеди»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  <w:p w:rsidR="0034214D" w:rsidRDefault="0034214D" w:rsidP="007D739B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структуры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сказки: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присказки,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завязки;</w:t>
            </w:r>
          </w:p>
          <w:p w:rsidR="0034214D" w:rsidRDefault="0034214D" w:rsidP="007D739B">
            <w:pPr>
              <w:pStyle w:val="TableParagraph"/>
              <w:spacing w:before="19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бытовых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волшебных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диалогов;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сказок: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(номинативный);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 w:right="161"/>
              <w:rPr>
                <w:sz w:val="15"/>
              </w:rPr>
            </w:pPr>
            <w:r>
              <w:rPr>
                <w:w w:val="105"/>
                <w:sz w:val="15"/>
              </w:rPr>
              <w:t>Пересказ (устно) текста произведения подробно (с учётом всех сюжетных линий);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поисковое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национальных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(например,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жилища,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д.).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«Хитрая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лиса»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(корякская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сестры»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(татарская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сказка), «Мышь и воробей» (удмуртская народная сказка), «</w:t>
            </w:r>
            <w:proofErr w:type="spellStart"/>
            <w:r>
              <w:rPr>
                <w:w w:val="105"/>
                <w:sz w:val="15"/>
              </w:rPr>
              <w:t>Айога</w:t>
            </w:r>
            <w:proofErr w:type="spellEnd"/>
            <w:r>
              <w:rPr>
                <w:w w:val="105"/>
                <w:sz w:val="15"/>
              </w:rPr>
              <w:t>» (нанайская народная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сказка),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«Четыре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ленивца»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(мордовская народная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сказка);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нравственно-этических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дружбе,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добре,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произведениях;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Дифференцированная работа в группах: составление сценария народной сказки,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определение фрагмента для чтения по ролям, освоение ролей для </w:t>
            </w:r>
            <w:proofErr w:type="spellStart"/>
            <w:r>
              <w:rPr>
                <w:w w:val="105"/>
                <w:sz w:val="15"/>
              </w:rPr>
              <w:t>инсценирования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разучивание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(драматизация)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сказки;</w:t>
            </w:r>
          </w:p>
        </w:tc>
        <w:tc>
          <w:tcPr>
            <w:tcW w:w="2125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9" w:right="571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 работа;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</w:p>
          <w:p w:rsidR="0034214D" w:rsidRDefault="0034214D" w:rsidP="007D739B">
            <w:pPr>
              <w:pStyle w:val="TableParagraph"/>
              <w:spacing w:before="3" w:line="266" w:lineRule="auto"/>
              <w:ind w:left="79" w:right="6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 листа»;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34214D" w:rsidRDefault="0034214D" w:rsidP="007D739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</w:tc>
      </w:tr>
    </w:tbl>
    <w:p w:rsidR="0034214D" w:rsidRDefault="0034214D" w:rsidP="0034214D">
      <w:pPr>
        <w:rPr>
          <w:sz w:val="15"/>
        </w:rPr>
        <w:sectPr w:rsidR="0034214D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6291"/>
        <w:gridCol w:w="2125"/>
        <w:gridCol w:w="1381"/>
      </w:tblGrid>
      <w:tr w:rsidR="0034214D" w:rsidTr="007D739B">
        <w:trPr>
          <w:trHeight w:val="6288"/>
        </w:trPr>
        <w:tc>
          <w:tcPr>
            <w:tcW w:w="46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1597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right="1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 и краски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 времена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(осень)</w:t>
            </w:r>
          </w:p>
        </w:tc>
        <w:tc>
          <w:tcPr>
            <w:tcW w:w="52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4214D" w:rsidRDefault="0034214D" w:rsidP="007D739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  <w:p w:rsidR="0034214D" w:rsidRDefault="0034214D" w:rsidP="007D739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</w:tc>
        <w:tc>
          <w:tcPr>
            <w:tcW w:w="6291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узнаешь?</w:t>
            </w:r>
            <w:proofErr w:type="gramStart"/>
            <w:r>
              <w:rPr>
                <w:w w:val="105"/>
                <w:sz w:val="15"/>
              </w:rPr>
              <w:t>»,«</w:t>
            </w:r>
            <w:proofErr w:type="gramEnd"/>
            <w:r>
              <w:rPr>
                <w:w w:val="105"/>
                <w:sz w:val="15"/>
              </w:rPr>
              <w:t>Чему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«Уж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дышало…»,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Тютчев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«Есть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первоначальной…»,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Плещеев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«Осень»,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Бальмонт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«Осень»,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Брюсов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«Сухие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листья,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сухие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листья…»,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Обсыпается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весь наш бедный сад…», Е. Ф. Трутнева «Осень», В. Ю. </w:t>
            </w:r>
            <w:proofErr w:type="spellStart"/>
            <w:r>
              <w:rPr>
                <w:w w:val="105"/>
                <w:sz w:val="15"/>
              </w:rPr>
              <w:t>Голяховский</w:t>
            </w:r>
            <w:proofErr w:type="spellEnd"/>
            <w:r>
              <w:rPr>
                <w:w w:val="105"/>
                <w:sz w:val="15"/>
              </w:rPr>
              <w:t xml:space="preserve"> «Листопад», И. П.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Токмакова</w:t>
            </w:r>
            <w:proofErr w:type="spellEnd"/>
            <w:r>
              <w:rPr>
                <w:w w:val="105"/>
                <w:sz w:val="15"/>
              </w:rPr>
              <w:t xml:space="preserve"> «Опустел скворечник» (по выбору не менее пяти авторов), выражение своего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лирике;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прослушанного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вызывает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произведение?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Почему?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сравнивает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лес?»;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 с текстом произведения: упражнение в нахождении сравнений и эпитетов,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рифмой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словарю;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пунктуационных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161"/>
              <w:rPr>
                <w:sz w:val="15"/>
              </w:rPr>
            </w:pPr>
            <w:r>
              <w:rPr>
                <w:w w:val="105"/>
                <w:sz w:val="15"/>
              </w:rPr>
              <w:t>Чтение молча (про себя) небольших по объёму прозаических произведений об осени,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доступных для восприятия младшими </w:t>
            </w:r>
            <w:proofErr w:type="gramStart"/>
            <w:r>
              <w:rPr>
                <w:w w:val="105"/>
                <w:sz w:val="15"/>
              </w:rPr>
              <w:t>школьниками Например</w:t>
            </w:r>
            <w:proofErr w:type="gramEnd"/>
            <w:r>
              <w:rPr>
                <w:w w:val="105"/>
                <w:sz w:val="15"/>
              </w:rPr>
              <w:t>, С. Т. Аксаков «Осень,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глубокая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осень!»,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Сладков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«Сентябрь»,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пороге»,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Пришвин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«Утро»,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Скребицкий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«Четыре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Осень»;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Контроль восприятия произведения, прочитанного молча (про себя): определение формы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(прозаическое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стихотворное),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 на сравнение произведений писателей на одну тему, 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понравившегося,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выбора;</w:t>
            </w:r>
          </w:p>
          <w:p w:rsidR="0034214D" w:rsidRDefault="0034214D" w:rsidP="007D739B">
            <w:pPr>
              <w:pStyle w:val="TableParagraph"/>
              <w:spacing w:before="3" w:line="266" w:lineRule="auto"/>
              <w:ind w:left="78" w:right="395"/>
              <w:rPr>
                <w:sz w:val="15"/>
              </w:rPr>
            </w:pPr>
            <w:r>
              <w:rPr>
                <w:w w:val="105"/>
                <w:sz w:val="15"/>
              </w:rPr>
              <w:t>Дифференцированное задание: выборочный пересказ (устно) отдельного эпизода;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 наизусть стихотворения об осенней природе (1—2 по выбору);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картин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художников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(например,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Поленов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«Осень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Абрамцево»,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Левитан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«Золотая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осень»),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рассказа-описания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репродукциям картин художников и/или на основе личного опыта с 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выразительности: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сравнений,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рекомендательного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осени;</w:t>
            </w:r>
          </w:p>
        </w:tc>
        <w:tc>
          <w:tcPr>
            <w:tcW w:w="2125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9" w:right="77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Тестирование. Слушание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аудиозаписи с последующим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анализом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услышанного.;</w:t>
            </w:r>
            <w:proofErr w:type="gramEnd"/>
          </w:p>
        </w:tc>
        <w:tc>
          <w:tcPr>
            <w:tcW w:w="1381" w:type="dxa"/>
          </w:tcPr>
          <w:p w:rsidR="0034214D" w:rsidRDefault="0034214D" w:rsidP="007D739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</w:tc>
      </w:tr>
    </w:tbl>
    <w:p w:rsidR="0034214D" w:rsidRDefault="0034214D" w:rsidP="0034214D">
      <w:pPr>
        <w:rPr>
          <w:sz w:val="15"/>
        </w:rPr>
        <w:sectPr w:rsidR="0034214D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6291"/>
        <w:gridCol w:w="2125"/>
        <w:gridCol w:w="1381"/>
      </w:tblGrid>
      <w:tr w:rsidR="0034214D" w:rsidTr="007D739B">
        <w:trPr>
          <w:trHeight w:val="6096"/>
        </w:trPr>
        <w:tc>
          <w:tcPr>
            <w:tcW w:w="46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1.4.</w:t>
            </w:r>
          </w:p>
        </w:tc>
        <w:tc>
          <w:tcPr>
            <w:tcW w:w="1597" w:type="dxa"/>
          </w:tcPr>
          <w:p w:rsidR="0034214D" w:rsidRDefault="0034214D" w:rsidP="007D739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детях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дружбе</w:t>
            </w:r>
          </w:p>
        </w:tc>
        <w:tc>
          <w:tcPr>
            <w:tcW w:w="52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4214D" w:rsidRDefault="0034214D" w:rsidP="007D739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09.11.2022</w:t>
            </w:r>
          </w:p>
          <w:p w:rsidR="0034214D" w:rsidRDefault="0034214D" w:rsidP="007D739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</w:tc>
        <w:tc>
          <w:tcPr>
            <w:tcW w:w="6291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узнаешь?</w:t>
            </w:r>
            <w:proofErr w:type="gramStart"/>
            <w:r>
              <w:rPr>
                <w:w w:val="105"/>
                <w:sz w:val="15"/>
              </w:rPr>
              <w:t>»,«</w:t>
            </w:r>
            <w:proofErr w:type="gramEnd"/>
            <w:r>
              <w:rPr>
                <w:w w:val="105"/>
                <w:sz w:val="15"/>
              </w:rPr>
              <w:t>Чему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Чтение целыми словами без пропусков и перестановок, постепенно переходя от чтения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«Катя»,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Ермолаев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пирожных»,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Баруздин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«Как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Алёшке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учиться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надоело</w:t>
            </w:r>
            <w:proofErr w:type="gramStart"/>
            <w:r>
              <w:rPr>
                <w:spacing w:val="-1"/>
                <w:w w:val="105"/>
                <w:sz w:val="15"/>
              </w:rPr>
              <w:t>»,.</w:t>
            </w:r>
            <w:proofErr w:type="gram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Пермяк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«Смородинка»,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105"/>
              <w:rPr>
                <w:sz w:val="15"/>
              </w:rPr>
            </w:pPr>
            <w:r>
              <w:rPr>
                <w:w w:val="105"/>
                <w:sz w:val="15"/>
              </w:rPr>
              <w:t>«Две пословицы», Н. Н. Носов «Заплатка», «На горке», В. В. Лунин «Я и Вовка», В.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Осеева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«Синие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листья»,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«Волшебное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«Просто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старушка»,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Гайдар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«Совесть»,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С. </w:t>
            </w:r>
            <w:proofErr w:type="spellStart"/>
            <w:r>
              <w:rPr>
                <w:w w:val="105"/>
                <w:sz w:val="15"/>
              </w:rPr>
              <w:t>Пляцковский</w:t>
            </w:r>
            <w:proofErr w:type="spellEnd"/>
            <w:r>
              <w:rPr>
                <w:w w:val="105"/>
                <w:sz w:val="15"/>
              </w:rPr>
              <w:t xml:space="preserve"> «Настоящий друг» (по выбору, не менее четырёх произведений);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 диалог: определение темы и главной мысли произведения, соотнесение главной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пословицей,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тексту;</w:t>
            </w:r>
          </w:p>
          <w:p w:rsidR="0034214D" w:rsidRDefault="0034214D" w:rsidP="007D739B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 с текстом произведения (изучающее и поисковое выборочное чтение): ответы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 характеристика героя, установление взаимосвязи между характером героя и 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поступками, нахождение описания героя, оценка его поступков (с опорой на текст);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 на сравнение героев одного произведения по предложенному алгоритму;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34214D" w:rsidRDefault="0034214D" w:rsidP="007D739B">
            <w:pPr>
              <w:pStyle w:val="TableParagraph"/>
              <w:spacing w:before="4" w:line="266" w:lineRule="auto"/>
              <w:ind w:left="78" w:right="2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Работа в парах: определение </w:t>
            </w:r>
            <w:r>
              <w:rPr>
                <w:w w:val="105"/>
                <w:sz w:val="15"/>
              </w:rPr>
              <w:t>последовательности событий в произведении, составление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Подробный пересказ (устно) содержания произведения Упражнение в умении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формулировать вопрос по фактическому </w:t>
            </w:r>
            <w:proofErr w:type="spellStart"/>
            <w:r>
              <w:rPr>
                <w:w w:val="105"/>
                <w:sz w:val="15"/>
              </w:rPr>
              <w:t>одержанию</w:t>
            </w:r>
            <w:proofErr w:type="spellEnd"/>
            <w:r>
              <w:rPr>
                <w:w w:val="105"/>
                <w:sz w:val="15"/>
              </w:rPr>
              <w:t xml:space="preserve"> прочитанного произведения;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группах: сравнение предложенных текстов художественных произведений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(распознавание жанров), заполнение таблицы, проверка своего результата;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Дифференцированная работа: пересказ (устно) текста произведения от третьего лица;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Проверочная работа: демонстрация начитанности и </w:t>
            </w:r>
            <w:proofErr w:type="spellStart"/>
            <w:r>
              <w:rPr>
                <w:w w:val="105"/>
                <w:sz w:val="15"/>
              </w:rPr>
              <w:t>сформированности</w:t>
            </w:r>
            <w:proofErr w:type="spellEnd"/>
            <w:r>
              <w:rPr>
                <w:w w:val="105"/>
                <w:sz w:val="15"/>
              </w:rPr>
              <w:t xml:space="preserve"> специальных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читательских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умений: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фамилий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заголовками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</w:p>
          <w:p w:rsidR="0034214D" w:rsidRDefault="0034214D" w:rsidP="007D739B">
            <w:pPr>
              <w:pStyle w:val="TableParagraph"/>
              <w:spacing w:before="6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определение тем указанных </w:t>
            </w:r>
            <w:r>
              <w:rPr>
                <w:w w:val="105"/>
                <w:sz w:val="15"/>
              </w:rPr>
              <w:t>произведений, различение жанров произведения, нахождение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определённую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1837"/>
              <w:rPr>
                <w:sz w:val="15"/>
              </w:rPr>
            </w:pPr>
            <w:r>
              <w:rPr>
                <w:w w:val="105"/>
                <w:sz w:val="15"/>
              </w:rPr>
              <w:t>Проверка своей работы по предложенному образцу;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дружбе;</w:t>
            </w:r>
          </w:p>
          <w:p w:rsidR="0034214D" w:rsidRDefault="0034214D" w:rsidP="007D739B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</w:p>
        </w:tc>
        <w:tc>
          <w:tcPr>
            <w:tcW w:w="2125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9" w:right="17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Тестирование. Составление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пересказа.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9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Взаимные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группах. Творческий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книгой.;</w:t>
            </w:r>
            <w:proofErr w:type="gramEnd"/>
          </w:p>
        </w:tc>
        <w:tc>
          <w:tcPr>
            <w:tcW w:w="1381" w:type="dxa"/>
          </w:tcPr>
          <w:p w:rsidR="0034214D" w:rsidRDefault="0034214D" w:rsidP="007D739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</w:tc>
      </w:tr>
    </w:tbl>
    <w:p w:rsidR="0034214D" w:rsidRDefault="0034214D" w:rsidP="0034214D">
      <w:pPr>
        <w:rPr>
          <w:sz w:val="15"/>
        </w:rPr>
        <w:sectPr w:rsidR="0034214D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6291"/>
        <w:gridCol w:w="2125"/>
        <w:gridCol w:w="1381"/>
      </w:tblGrid>
      <w:tr w:rsidR="0034214D" w:rsidTr="007D739B">
        <w:trPr>
          <w:trHeight w:val="7057"/>
        </w:trPr>
        <w:tc>
          <w:tcPr>
            <w:tcW w:w="46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1.5.</w:t>
            </w:r>
          </w:p>
        </w:tc>
        <w:tc>
          <w:tcPr>
            <w:tcW w:w="1597" w:type="dxa"/>
          </w:tcPr>
          <w:p w:rsidR="0034214D" w:rsidRDefault="0034214D" w:rsidP="007D739B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Мир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сказок</w:t>
            </w:r>
          </w:p>
        </w:tc>
        <w:tc>
          <w:tcPr>
            <w:tcW w:w="52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34214D" w:rsidRDefault="0034214D" w:rsidP="007D739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  <w:p w:rsidR="0034214D" w:rsidRDefault="0034214D" w:rsidP="007D739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27.12.2022</w:t>
            </w:r>
          </w:p>
        </w:tc>
        <w:tc>
          <w:tcPr>
            <w:tcW w:w="6291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узнаешь?</w:t>
            </w:r>
            <w:proofErr w:type="gramStart"/>
            <w:r>
              <w:rPr>
                <w:w w:val="105"/>
                <w:sz w:val="15"/>
              </w:rPr>
              <w:t>»,«</w:t>
            </w:r>
            <w:proofErr w:type="gramEnd"/>
            <w:r>
              <w:rPr>
                <w:w w:val="105"/>
                <w:sz w:val="15"/>
              </w:rPr>
              <w:t>Чему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508"/>
              <w:rPr>
                <w:sz w:val="15"/>
              </w:rPr>
            </w:pPr>
            <w:r>
              <w:rPr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пропусков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перестановок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постепенным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переходом от чтения вслух к чтению про себя фольклорных и литературных сказок.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«Золотая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рыбка»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Пушкина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«Сказка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рыбаке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рыбке»,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страха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глаза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велики»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братьев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Гримм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«Маленькие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человечки»,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«Снегурочка»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«Девочка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Снегурочка»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четырёх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произведений);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Задание на сравнение фольклорной и литературной (авторской) сказки: нахождение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 народной сказки, используемых в авторском произведении сказочного жанра;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 диалог: обсуждение ответов на вопросы учебника, приведение примеров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сходств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«бродячий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(без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предъявления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термина);</w:t>
            </w:r>
          </w:p>
          <w:p w:rsidR="0034214D" w:rsidRDefault="0034214D" w:rsidP="007D739B">
            <w:pPr>
              <w:pStyle w:val="TableParagraph"/>
              <w:spacing w:before="3" w:line="266" w:lineRule="auto"/>
              <w:ind w:left="78" w:right="161"/>
              <w:rPr>
                <w:sz w:val="15"/>
              </w:rPr>
            </w:pPr>
            <w:r>
              <w:rPr>
                <w:w w:val="105"/>
                <w:sz w:val="15"/>
              </w:rPr>
              <w:t>Выполнение заданий при работе с текстом (изучающее и поисковое выборочное чтение):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главной мысли сказки, соотнесение её с пословицей, характеристика героя,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</w:p>
          <w:p w:rsidR="0034214D" w:rsidRDefault="0034214D" w:rsidP="007D739B">
            <w:pPr>
              <w:pStyle w:val="TableParagraph"/>
              <w:spacing w:before="3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конструирование (моделирование) плана произведения: деление текста на смысловые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части, определение эпизодов, выделение опорных слов для каждой части плана,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озаглавливание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(формулировать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текста);</w:t>
            </w:r>
          </w:p>
          <w:p w:rsidR="0034214D" w:rsidRDefault="0034214D" w:rsidP="007D739B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2091"/>
              <w:rPr>
                <w:sz w:val="15"/>
              </w:rPr>
            </w:pPr>
            <w:r>
              <w:rPr>
                <w:w w:val="105"/>
                <w:sz w:val="15"/>
              </w:rPr>
              <w:t>Пересказ (устно) содержания сказки выборочно;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узнавание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ролей,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инсценирование</w:t>
            </w:r>
            <w:proofErr w:type="spellEnd"/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 w:right="12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«Сказки»: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авторскими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сказками;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авторскими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сказками: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предисловием,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аннотацией,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оглавлением,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схемой: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распознавание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(фольклорные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авторские),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 информации: получение дополнительной информации об авторах литературных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классе;</w:t>
            </w:r>
          </w:p>
        </w:tc>
        <w:tc>
          <w:tcPr>
            <w:tcW w:w="2125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9" w:right="17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Тестирование. Составление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пересказа.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9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Взаимные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группах. Творческий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книгой.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9" w:right="335"/>
              <w:rPr>
                <w:sz w:val="15"/>
              </w:rPr>
            </w:pPr>
            <w:r>
              <w:rPr>
                <w:w w:val="105"/>
                <w:sz w:val="15"/>
              </w:rPr>
              <w:t>Составление словаря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нравственных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терминов.;</w:t>
            </w:r>
            <w:proofErr w:type="gramEnd"/>
          </w:p>
        </w:tc>
        <w:tc>
          <w:tcPr>
            <w:tcW w:w="1381" w:type="dxa"/>
          </w:tcPr>
          <w:p w:rsidR="0034214D" w:rsidRDefault="0034214D" w:rsidP="007D739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</w:tc>
      </w:tr>
    </w:tbl>
    <w:p w:rsidR="0034214D" w:rsidRDefault="0034214D" w:rsidP="0034214D">
      <w:pPr>
        <w:rPr>
          <w:sz w:val="15"/>
        </w:rPr>
        <w:sectPr w:rsidR="0034214D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6291"/>
        <w:gridCol w:w="2125"/>
        <w:gridCol w:w="1381"/>
      </w:tblGrid>
      <w:tr w:rsidR="0034214D" w:rsidTr="007D739B">
        <w:trPr>
          <w:trHeight w:val="6096"/>
        </w:trPr>
        <w:tc>
          <w:tcPr>
            <w:tcW w:w="46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1.6.</w:t>
            </w:r>
          </w:p>
        </w:tc>
        <w:tc>
          <w:tcPr>
            <w:tcW w:w="1597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right="1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 и краски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 времена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(зима)</w:t>
            </w:r>
          </w:p>
        </w:tc>
        <w:tc>
          <w:tcPr>
            <w:tcW w:w="52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104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4214D" w:rsidRDefault="0034214D" w:rsidP="007D739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28.12.2022</w:t>
            </w:r>
          </w:p>
          <w:p w:rsidR="0034214D" w:rsidRDefault="0034214D" w:rsidP="007D739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6291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узнаешь?</w:t>
            </w:r>
            <w:proofErr w:type="gramStart"/>
            <w:r>
              <w:rPr>
                <w:w w:val="105"/>
                <w:sz w:val="15"/>
              </w:rPr>
              <w:t>»,«</w:t>
            </w:r>
            <w:proofErr w:type="gramEnd"/>
            <w:r>
              <w:rPr>
                <w:w w:val="105"/>
                <w:sz w:val="15"/>
              </w:rPr>
              <w:t>Чему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север,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тучи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нагоняя…»,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«Зима!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Крестьянин,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торжествуя…»,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Есенин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«Поёт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аукает…»,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 Тютчев «Чародейкою Зимою…», И. З. Суриков «Первый снег», И. А. Бунин «Зимним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холодом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пахнуло…»,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Прокофьев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горке,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горе…»,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Александрова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«Снежок»,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2—3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Чтение молча (про себя) небольших по объёму прозаических произведений о зиме,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доступных для восприятия младшими школьниками. Например, С. А. Иванов «Каким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бывает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снег»,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Соколов-Микитов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«Узоры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снегу»,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Пришвин</w:t>
            </w:r>
          </w:p>
          <w:p w:rsidR="0034214D" w:rsidRDefault="0034214D" w:rsidP="007D739B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«Деревья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</w:t>
            </w:r>
            <w:proofErr w:type="gramStart"/>
            <w:r>
              <w:rPr>
                <w:w w:val="105"/>
                <w:sz w:val="15"/>
              </w:rPr>
              <w:t>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  <w:p w:rsidR="0034214D" w:rsidRDefault="0034214D" w:rsidP="007D739B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Контроль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молча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себя):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 с текстом произведения: сравнение описаний зимней природы в стихотворных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повествовательных текстах, объяснение образных слов и выражений, работа со словарём: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 значения незнакомых слов, нахождение в тексте сравнений и эпитетов, приведение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переносном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(ритм,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рифма);</w:t>
            </w:r>
          </w:p>
          <w:p w:rsidR="0034214D" w:rsidRDefault="0034214D" w:rsidP="007D739B">
            <w:pPr>
              <w:pStyle w:val="TableParagraph"/>
              <w:spacing w:before="4" w:line="266" w:lineRule="auto"/>
              <w:ind w:left="78" w:right="620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наизусть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пунктуационных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(1—2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Чтение произведений новогодней тематики (например, С. В. Михалков «Новогодняя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быль», «Событие», А. </w:t>
            </w:r>
            <w:proofErr w:type="spellStart"/>
            <w:proofErr w:type="gramStart"/>
            <w:r>
              <w:rPr>
                <w:w w:val="105"/>
                <w:sz w:val="15"/>
              </w:rPr>
              <w:t>Гайдар«</w:t>
            </w:r>
            <w:proofErr w:type="gramEnd"/>
            <w:r>
              <w:rPr>
                <w:w w:val="105"/>
                <w:sz w:val="15"/>
              </w:rPr>
              <w:t>Чук</w:t>
            </w:r>
            <w:proofErr w:type="spellEnd"/>
            <w:r>
              <w:rPr>
                <w:w w:val="105"/>
                <w:sz w:val="15"/>
              </w:rPr>
              <w:t xml:space="preserve"> и Гек» (отрывок), С. Я. Маршак «Декабрь», Е.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Пермяк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«Волшебные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краски»),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понравившегося,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Рассматривание репродукций картин художников (И. И. Шишкин, А. М. Васнецов, 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Грабарь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рассказа-описания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зимней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нравятся?»;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обязанностей,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инсценирования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наизусть,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новогоднего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классе;</w:t>
            </w:r>
          </w:p>
        </w:tc>
        <w:tc>
          <w:tcPr>
            <w:tcW w:w="2125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9" w:right="473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контроль.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9" w:right="1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Тестирование. Самооценка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"Оценочного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листа"</w:t>
            </w:r>
            <w:proofErr w:type="gramStart"/>
            <w:r>
              <w:rPr>
                <w:w w:val="105"/>
                <w:sz w:val="15"/>
              </w:rPr>
              <w:t>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proofErr w:type="gramEnd"/>
          </w:p>
        </w:tc>
        <w:tc>
          <w:tcPr>
            <w:tcW w:w="1381" w:type="dxa"/>
          </w:tcPr>
          <w:p w:rsidR="0034214D" w:rsidRDefault="0034214D" w:rsidP="007D739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</w:tc>
      </w:tr>
    </w:tbl>
    <w:p w:rsidR="0034214D" w:rsidRDefault="0034214D" w:rsidP="0034214D">
      <w:pPr>
        <w:rPr>
          <w:sz w:val="15"/>
        </w:rPr>
        <w:sectPr w:rsidR="0034214D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6291"/>
        <w:gridCol w:w="2125"/>
        <w:gridCol w:w="1381"/>
      </w:tblGrid>
      <w:tr w:rsidR="0034214D" w:rsidTr="007D739B">
        <w:trPr>
          <w:trHeight w:val="10034"/>
        </w:trPr>
        <w:tc>
          <w:tcPr>
            <w:tcW w:w="46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1.7.</w:t>
            </w:r>
          </w:p>
        </w:tc>
        <w:tc>
          <w:tcPr>
            <w:tcW w:w="1597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right="26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братьях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наших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меньших</w:t>
            </w:r>
          </w:p>
        </w:tc>
        <w:tc>
          <w:tcPr>
            <w:tcW w:w="52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104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34214D" w:rsidRDefault="0034214D" w:rsidP="007D739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  <w:p w:rsidR="0034214D" w:rsidRDefault="0034214D" w:rsidP="007D739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01.03.2023</w:t>
            </w:r>
          </w:p>
        </w:tc>
        <w:tc>
          <w:tcPr>
            <w:tcW w:w="6291" w:type="dxa"/>
          </w:tcPr>
          <w:p w:rsidR="0034214D" w:rsidRDefault="0034214D" w:rsidP="007D739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34214D" w:rsidRDefault="0034214D" w:rsidP="007D739B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узнаешь?</w:t>
            </w:r>
            <w:proofErr w:type="gramStart"/>
            <w:r>
              <w:rPr>
                <w:w w:val="105"/>
                <w:sz w:val="15"/>
              </w:rPr>
              <w:t>»,«</w:t>
            </w:r>
            <w:proofErr w:type="gramEnd"/>
            <w:r>
              <w:rPr>
                <w:w w:val="105"/>
                <w:sz w:val="15"/>
              </w:rPr>
              <w:t>Чему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Слушание художественных произведений о животных и оценка своего эмоционального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состояния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восприятии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«Коровушка»,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Рубцова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«Про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зайца»,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Саши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Чёрного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«Жеребёнок»,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Сефа</w:t>
            </w:r>
            <w:proofErr w:type="spellEnd"/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52"/>
              <w:rPr>
                <w:sz w:val="15"/>
              </w:rPr>
            </w:pPr>
            <w:r>
              <w:rPr>
                <w:w w:val="105"/>
                <w:sz w:val="15"/>
              </w:rPr>
              <w:t xml:space="preserve">«Птенцы», В. Д. </w:t>
            </w:r>
            <w:proofErr w:type="spellStart"/>
            <w:r>
              <w:rPr>
                <w:w w:val="105"/>
                <w:sz w:val="15"/>
              </w:rPr>
              <w:t>Берестова</w:t>
            </w:r>
            <w:proofErr w:type="spellEnd"/>
            <w:r>
              <w:rPr>
                <w:w w:val="105"/>
                <w:sz w:val="15"/>
              </w:rPr>
              <w:t xml:space="preserve"> «Кошкин щенок», «С фотоаппаратом», «Прощание с другом»,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Михалкова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щенок»,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«Думают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звери?»,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«Он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совсем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один»,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Пивоваровой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«Жила-была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собака»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Учебный диалог: обсуждение прослушанного произведения, ответ на вопрос: «Какова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главная мысль произведения? </w:t>
            </w:r>
            <w:proofErr w:type="spellStart"/>
            <w:r>
              <w:rPr>
                <w:w w:val="105"/>
                <w:sz w:val="15"/>
              </w:rPr>
              <w:t>Какавтор</w:t>
            </w:r>
            <w:proofErr w:type="spellEnd"/>
            <w:r>
              <w:rPr>
                <w:w w:val="105"/>
                <w:sz w:val="15"/>
              </w:rPr>
              <w:t xml:space="preserve"> описывает отношения людей и животных?»,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осознание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идеи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требуетответственности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должен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заботой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относиться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  <w:p w:rsidR="0034214D" w:rsidRDefault="0034214D" w:rsidP="007D739B">
            <w:pPr>
              <w:pStyle w:val="TableParagraph"/>
              <w:spacing w:before="3" w:line="266" w:lineRule="auto"/>
              <w:ind w:left="78" w:right="72"/>
              <w:rPr>
                <w:sz w:val="15"/>
              </w:rPr>
            </w:pPr>
            <w:r>
              <w:rPr>
                <w:w w:val="105"/>
                <w:sz w:val="15"/>
              </w:rPr>
              <w:t>Упражнение в чтении целыми словами без пропусков и перестановок, с постепенным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сказка «Белые пёрышки», </w:t>
            </w:r>
            <w:proofErr w:type="spellStart"/>
            <w:r>
              <w:rPr>
                <w:spacing w:val="-1"/>
                <w:w w:val="105"/>
                <w:sz w:val="15"/>
              </w:rPr>
              <w:t>К.Д.Ушинский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«Васька», «Лиса Патрикеевна», </w:t>
            </w:r>
            <w:proofErr w:type="spellStart"/>
            <w:r>
              <w:rPr>
                <w:w w:val="105"/>
                <w:sz w:val="15"/>
              </w:rPr>
              <w:t>В.В.Бианки</w:t>
            </w:r>
            <w:proofErr w:type="spellEnd"/>
            <w:r>
              <w:rPr>
                <w:w w:val="105"/>
                <w:sz w:val="15"/>
              </w:rPr>
              <w:t xml:space="preserve"> «Ёж-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спаситель», «Хитрый лис и умная уточка», </w:t>
            </w:r>
            <w:proofErr w:type="spellStart"/>
            <w:r>
              <w:rPr>
                <w:w w:val="105"/>
                <w:sz w:val="15"/>
              </w:rPr>
              <w:t>Е.И.Чарушин</w:t>
            </w:r>
            <w:proofErr w:type="spellEnd"/>
            <w:r>
              <w:rPr>
                <w:w w:val="105"/>
                <w:sz w:val="15"/>
              </w:rPr>
              <w:t xml:space="preserve"> «Страшный рассказ»,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В.В.Вересаев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«Братишка»,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В.А.Осеева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«Почему»,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В.В.Чаплина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Нюрка</w:t>
            </w:r>
            <w:proofErr w:type="spellEnd"/>
            <w:r>
              <w:rPr>
                <w:w w:val="105"/>
                <w:sz w:val="15"/>
              </w:rPr>
              <w:t>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М.М.Пришвин</w:t>
            </w:r>
            <w:proofErr w:type="spellEnd"/>
          </w:p>
          <w:p w:rsidR="0034214D" w:rsidRDefault="0034214D" w:rsidP="007D739B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«Журка»,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«Ребята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утята»,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Б.С.Житков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«Галка»,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«Храбрый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утёнок»,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С.В.Образцов</w:t>
            </w:r>
            <w:proofErr w:type="spellEnd"/>
          </w:p>
          <w:p w:rsidR="0034214D" w:rsidRDefault="0034214D" w:rsidP="007D739B">
            <w:pPr>
              <w:pStyle w:val="TableParagraph"/>
              <w:spacing w:before="20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 xml:space="preserve">«Дружок», </w:t>
            </w:r>
            <w:proofErr w:type="spellStart"/>
            <w:r>
              <w:rPr>
                <w:w w:val="105"/>
                <w:sz w:val="15"/>
              </w:rPr>
              <w:t>Г.Я.Снегирёв</w:t>
            </w:r>
            <w:proofErr w:type="spellEnd"/>
            <w:r>
              <w:rPr>
                <w:w w:val="105"/>
                <w:sz w:val="15"/>
              </w:rPr>
              <w:t xml:space="preserve"> «Отважный </w:t>
            </w:r>
            <w:proofErr w:type="spellStart"/>
            <w:r>
              <w:rPr>
                <w:w w:val="105"/>
                <w:sz w:val="15"/>
              </w:rPr>
              <w:t>пингвинёнок</w:t>
            </w:r>
            <w:proofErr w:type="spellEnd"/>
            <w:r>
              <w:rPr>
                <w:w w:val="105"/>
                <w:sz w:val="15"/>
              </w:rPr>
              <w:t>» (по выбору, не менее пяти авторов);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на вопросы, </w:t>
            </w:r>
            <w:proofErr w:type="spellStart"/>
            <w:r>
              <w:rPr>
                <w:w w:val="105"/>
                <w:sz w:val="15"/>
              </w:rPr>
              <w:t>использованиепоискового</w:t>
            </w:r>
            <w:proofErr w:type="spellEnd"/>
            <w:r>
              <w:rPr>
                <w:w w:val="105"/>
                <w:sz w:val="15"/>
              </w:rPr>
              <w:t xml:space="preserve"> выборочного вида чтения, нахождение портрета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чувств,объяснение</w:t>
            </w:r>
            <w:proofErr w:type="spellEnd"/>
            <w:proofErr w:type="gram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поступкам;</w:t>
            </w:r>
          </w:p>
          <w:p w:rsidR="0034214D" w:rsidRDefault="0034214D" w:rsidP="007D739B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героя-животного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познавательном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различия,определение</w:t>
            </w:r>
            <w:proofErr w:type="spellEnd"/>
            <w:proofErr w:type="gram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сообщения;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парах: зададим друг другу вопросы по прослушанному (прочитанному) тексту;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началу;</w:t>
            </w:r>
          </w:p>
          <w:p w:rsidR="0034214D" w:rsidRDefault="0034214D" w:rsidP="007D739B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Пересказ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(устно)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</w:p>
          <w:p w:rsidR="0034214D" w:rsidRDefault="0034214D" w:rsidP="007D739B">
            <w:pPr>
              <w:pStyle w:val="TableParagraph"/>
              <w:spacing w:before="20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 новым литературным жанром, чтение вслух басен И. А. Крылова, Л. Н.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Толстого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 диалог: обсуждение героев, сюжета басни, нахождение морали (поучения);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 на распознавание отдельных жанров художественной литературы (рассказы,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басни,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стихотворения,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литературныесказки</w:t>
            </w:r>
            <w:proofErr w:type="spellEnd"/>
            <w:r>
              <w:rPr>
                <w:spacing w:val="-1"/>
                <w:w w:val="105"/>
                <w:sz w:val="15"/>
              </w:rPr>
              <w:t>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тему: называть понравившееся, объяснять свой выбор (</w:t>
            </w:r>
            <w:proofErr w:type="spellStart"/>
            <w:r>
              <w:rPr>
                <w:w w:val="105"/>
                <w:sz w:val="15"/>
              </w:rPr>
              <w:t>составлениевысказывания</w:t>
            </w:r>
            <w:proofErr w:type="spellEnd"/>
            <w:r>
              <w:rPr>
                <w:w w:val="105"/>
                <w:sz w:val="15"/>
              </w:rPr>
              <w:t xml:space="preserve"> из 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предложений);</w:t>
            </w:r>
          </w:p>
          <w:p w:rsidR="0034214D" w:rsidRDefault="0034214D" w:rsidP="007D739B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разыгрывание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 небольших историй с героями прочитанных произведений (воображаемая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ситуация);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161"/>
              <w:rPr>
                <w:sz w:val="15"/>
              </w:rPr>
            </w:pPr>
            <w:r>
              <w:rPr>
                <w:w w:val="105"/>
                <w:sz w:val="15"/>
              </w:rPr>
              <w:t xml:space="preserve">Проверочная работа: демонстрация начитанности и </w:t>
            </w:r>
            <w:proofErr w:type="spellStart"/>
            <w:r>
              <w:rPr>
                <w:w w:val="105"/>
                <w:sz w:val="15"/>
              </w:rPr>
              <w:t>сформированности</w:t>
            </w:r>
            <w:proofErr w:type="spellEnd"/>
            <w:r>
              <w:rPr>
                <w:w w:val="105"/>
                <w:sz w:val="15"/>
              </w:rPr>
              <w:t xml:space="preserve"> специальных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читательских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умений: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выполнениепроверочных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критериям;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любимой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героем-животным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сказочная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лисе,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ёжике;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справочной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художниках-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иллюстраторах: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И. </w:t>
            </w:r>
            <w:proofErr w:type="spellStart"/>
            <w:r>
              <w:rPr>
                <w:w w:val="105"/>
                <w:sz w:val="15"/>
              </w:rPr>
              <w:t>Чарушине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Бианки;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«Книжка-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самоделка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„Животные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произведений“</w:t>
            </w:r>
            <w:proofErr w:type="gramEnd"/>
            <w:r>
              <w:rPr>
                <w:w w:val="105"/>
                <w:sz w:val="15"/>
              </w:rPr>
              <w:t>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классе;</w:t>
            </w:r>
          </w:p>
        </w:tc>
        <w:tc>
          <w:tcPr>
            <w:tcW w:w="2125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9" w:righ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Взаимные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группах. Составление плана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пересказа. Творческий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пересказ. Работа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книгой.Практическая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работа.Тестирование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381" w:type="dxa"/>
          </w:tcPr>
          <w:p w:rsidR="0034214D" w:rsidRDefault="0034214D" w:rsidP="007D739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</w:tc>
      </w:tr>
    </w:tbl>
    <w:p w:rsidR="0034214D" w:rsidRDefault="0034214D" w:rsidP="0034214D">
      <w:pPr>
        <w:rPr>
          <w:sz w:val="15"/>
        </w:rPr>
        <w:sectPr w:rsidR="0034214D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6291"/>
        <w:gridCol w:w="2125"/>
        <w:gridCol w:w="1381"/>
      </w:tblGrid>
      <w:tr w:rsidR="0034214D" w:rsidTr="007D739B">
        <w:trPr>
          <w:trHeight w:val="5856"/>
        </w:trPr>
        <w:tc>
          <w:tcPr>
            <w:tcW w:w="46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1.8.</w:t>
            </w:r>
          </w:p>
        </w:tc>
        <w:tc>
          <w:tcPr>
            <w:tcW w:w="1597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right="1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Звуки и краски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родной природы 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 времена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года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(весна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лето)</w:t>
            </w:r>
          </w:p>
        </w:tc>
        <w:tc>
          <w:tcPr>
            <w:tcW w:w="52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4214D" w:rsidRDefault="0034214D" w:rsidP="007D739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02.03.2023</w:t>
            </w:r>
          </w:p>
          <w:p w:rsidR="0034214D" w:rsidRDefault="0034214D" w:rsidP="007D739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28.03.2023</w:t>
            </w:r>
          </w:p>
        </w:tc>
        <w:tc>
          <w:tcPr>
            <w:tcW w:w="6291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узнаешь?</w:t>
            </w:r>
            <w:proofErr w:type="gramStart"/>
            <w:r>
              <w:rPr>
                <w:w w:val="105"/>
                <w:sz w:val="15"/>
              </w:rPr>
              <w:t>»,«</w:t>
            </w:r>
            <w:proofErr w:type="gramEnd"/>
            <w:r>
              <w:rPr>
                <w:w w:val="105"/>
                <w:sz w:val="15"/>
              </w:rPr>
              <w:t>Чему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стихотворных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«Гонимы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вешними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лучами…»,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Жуковский «</w:t>
            </w:r>
            <w:proofErr w:type="spellStart"/>
            <w:r>
              <w:rPr>
                <w:w w:val="105"/>
                <w:sz w:val="15"/>
              </w:rPr>
              <w:t>Жаворонок</w:t>
            </w:r>
            <w:proofErr w:type="gramStart"/>
            <w:r>
              <w:rPr>
                <w:w w:val="105"/>
                <w:sz w:val="15"/>
              </w:rPr>
              <w:t>»,«</w:t>
            </w:r>
            <w:proofErr w:type="gramEnd"/>
            <w:r>
              <w:rPr>
                <w:w w:val="105"/>
                <w:sz w:val="15"/>
              </w:rPr>
              <w:t>Приход</w:t>
            </w:r>
            <w:proofErr w:type="spellEnd"/>
            <w:r>
              <w:rPr>
                <w:w w:val="105"/>
                <w:sz w:val="15"/>
              </w:rPr>
              <w:t xml:space="preserve"> весны», А. Н. Плещеев «Весна», Ф. И. Тютчев «Зима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недаром злится…», А. А. Фет «Уж верба вся пушистая…», С. Я. Маршак «Весенняя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песенка», А. Л. </w:t>
            </w:r>
            <w:proofErr w:type="spellStart"/>
            <w:r>
              <w:rPr>
                <w:w w:val="105"/>
                <w:sz w:val="15"/>
              </w:rPr>
              <w:t>Барто</w:t>
            </w:r>
            <w:proofErr w:type="spellEnd"/>
            <w:r>
              <w:rPr>
                <w:w w:val="105"/>
                <w:sz w:val="15"/>
              </w:rPr>
              <w:t xml:space="preserve"> «Апрель» (по выбору 2—3 произведения), выражение своего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лирике;</w:t>
            </w:r>
          </w:p>
          <w:p w:rsidR="0034214D" w:rsidRDefault="0034214D" w:rsidP="007D739B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прослушанного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вызывает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произведение?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Почему?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Каковызвуки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весеннего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леса?»;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 w:right="1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прозаического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нахождениисравнений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в прямом и переносном значении, наблюдение за </w:t>
            </w:r>
            <w:proofErr w:type="spellStart"/>
            <w:r>
              <w:rPr>
                <w:w w:val="105"/>
                <w:sz w:val="15"/>
              </w:rPr>
              <w:t>рифмойи</w:t>
            </w:r>
            <w:proofErr w:type="spellEnd"/>
            <w:r>
              <w:rPr>
                <w:w w:val="105"/>
                <w:sz w:val="15"/>
              </w:rPr>
              <w:t xml:space="preserve"> ритмом стихотворения,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выражений,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словарём;</w:t>
            </w:r>
          </w:p>
          <w:p w:rsidR="0034214D" w:rsidRDefault="0034214D" w:rsidP="007D739B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Выразительное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интонационным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соблюдением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пунктуационныхнорм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r>
              <w:rPr>
                <w:w w:val="105"/>
                <w:sz w:val="15"/>
              </w:rPr>
              <w:t>Чтение молча (про себя) небольших по объёму прозаических произведений о весне,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доступных для восприятия </w:t>
            </w:r>
            <w:proofErr w:type="spellStart"/>
            <w:r>
              <w:rPr>
                <w:spacing w:val="-1"/>
                <w:w w:val="105"/>
                <w:sz w:val="15"/>
              </w:rPr>
              <w:t>младшимишкольниками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. Например, А. П. Чехов «Весной», </w:t>
            </w:r>
            <w:r>
              <w:rPr>
                <w:w w:val="105"/>
                <w:sz w:val="15"/>
              </w:rPr>
              <w:t>Г. А.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Скребицкий</w:t>
            </w:r>
            <w:proofErr w:type="spellEnd"/>
            <w:r>
              <w:rPr>
                <w:w w:val="105"/>
                <w:sz w:val="15"/>
              </w:rPr>
              <w:t xml:space="preserve"> «Четыре художника Весна», Н. И. Сладков «Апрельские шутки», И. С.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Соколов-Микитов «Весна», контроль восприятия произведения, прочитанного молча (про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себя):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34214D" w:rsidRDefault="0034214D" w:rsidP="007D739B">
            <w:pPr>
              <w:pStyle w:val="TableParagraph"/>
              <w:spacing w:before="3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выборочный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(устно)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 произведений писателей на одну тему, определение понравившегося,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Чтение наизусть стихотворения о весенней (летней) природе (1—2 по выбору);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Рассматривание репродукций </w:t>
            </w:r>
            <w:r>
              <w:rPr>
                <w:w w:val="105"/>
                <w:sz w:val="15"/>
              </w:rPr>
              <w:t xml:space="preserve">картин художников А И Куинджи, И </w:t>
            </w:r>
            <w:proofErr w:type="spellStart"/>
            <w:r>
              <w:rPr>
                <w:w w:val="105"/>
                <w:sz w:val="15"/>
              </w:rPr>
              <w:t>И</w:t>
            </w:r>
            <w:proofErr w:type="spellEnd"/>
            <w:r>
              <w:rPr>
                <w:w w:val="105"/>
                <w:sz w:val="15"/>
              </w:rPr>
              <w:t xml:space="preserve"> Левитана и др.,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рассказа-описания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репродукциям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и/или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опыта;</w:t>
            </w:r>
          </w:p>
          <w:p w:rsidR="0034214D" w:rsidRDefault="0034214D" w:rsidP="007D739B">
            <w:pPr>
              <w:pStyle w:val="TableParagraph"/>
              <w:spacing w:before="3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самостоятельного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рекомендательного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весенней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природе;</w:t>
            </w:r>
          </w:p>
        </w:tc>
        <w:tc>
          <w:tcPr>
            <w:tcW w:w="2125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 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книгой.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пересказ.;</w:t>
            </w:r>
            <w:proofErr w:type="gramEnd"/>
          </w:p>
        </w:tc>
        <w:tc>
          <w:tcPr>
            <w:tcW w:w="1381" w:type="dxa"/>
          </w:tcPr>
          <w:p w:rsidR="0034214D" w:rsidRDefault="0034214D" w:rsidP="007D739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</w:tc>
      </w:tr>
    </w:tbl>
    <w:p w:rsidR="0034214D" w:rsidRDefault="0034214D" w:rsidP="0034214D">
      <w:pPr>
        <w:rPr>
          <w:sz w:val="15"/>
        </w:rPr>
        <w:sectPr w:rsidR="0034214D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597"/>
        <w:gridCol w:w="528"/>
        <w:gridCol w:w="1104"/>
        <w:gridCol w:w="1140"/>
        <w:gridCol w:w="864"/>
        <w:gridCol w:w="6291"/>
        <w:gridCol w:w="2125"/>
        <w:gridCol w:w="1381"/>
      </w:tblGrid>
      <w:tr w:rsidR="0034214D" w:rsidTr="007D739B">
        <w:trPr>
          <w:trHeight w:val="6684"/>
        </w:trPr>
        <w:tc>
          <w:tcPr>
            <w:tcW w:w="46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1.9.</w:t>
            </w:r>
          </w:p>
        </w:tc>
        <w:tc>
          <w:tcPr>
            <w:tcW w:w="1597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right="9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близких,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семье</w:t>
            </w:r>
          </w:p>
        </w:tc>
        <w:tc>
          <w:tcPr>
            <w:tcW w:w="528" w:type="dxa"/>
          </w:tcPr>
          <w:p w:rsidR="0034214D" w:rsidRDefault="0034214D" w:rsidP="007D739B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19</w:t>
            </w:r>
          </w:p>
        </w:tc>
        <w:tc>
          <w:tcPr>
            <w:tcW w:w="1104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34214D" w:rsidRDefault="0034214D" w:rsidP="007D739B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34214D" w:rsidRDefault="0034214D" w:rsidP="007D739B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29.03.2023</w:t>
            </w:r>
          </w:p>
          <w:p w:rsidR="0034214D" w:rsidRDefault="0034214D" w:rsidP="007D739B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25.04.2023</w:t>
            </w:r>
          </w:p>
        </w:tc>
        <w:tc>
          <w:tcPr>
            <w:tcW w:w="6291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узнаешь?</w:t>
            </w:r>
            <w:proofErr w:type="gramStart"/>
            <w:r>
              <w:rPr>
                <w:w w:val="105"/>
                <w:sz w:val="15"/>
              </w:rPr>
              <w:t>»,«</w:t>
            </w:r>
            <w:proofErr w:type="gramEnd"/>
            <w:r>
              <w:rPr>
                <w:w w:val="105"/>
                <w:sz w:val="15"/>
              </w:rPr>
              <w:t>Чему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216"/>
              <w:rPr>
                <w:sz w:val="15"/>
              </w:rPr>
            </w:pPr>
            <w:r>
              <w:rPr>
                <w:w w:val="105"/>
                <w:sz w:val="15"/>
              </w:rPr>
              <w:t>Чтение целыми словами без пропусков и перестановок, постепенно переходя от чтения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вслух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себя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детях: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«Отец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сыновья»,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«Лучше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всех»,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Осеева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«Сыновья»,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Яковлев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«Мама»,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народная сказка «Три дочери», А. Л. </w:t>
            </w:r>
            <w:proofErr w:type="spellStart"/>
            <w:r>
              <w:rPr>
                <w:spacing w:val="-1"/>
                <w:w w:val="105"/>
                <w:sz w:val="15"/>
              </w:rPr>
              <w:t>Барто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«Зажигают </w:t>
            </w:r>
            <w:r>
              <w:rPr>
                <w:w w:val="105"/>
                <w:sz w:val="15"/>
              </w:rPr>
              <w:t>фонари», Л. Ф. Воронкова «Катин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подарок»,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И. </w:t>
            </w:r>
            <w:proofErr w:type="spellStart"/>
            <w:r>
              <w:rPr>
                <w:w w:val="105"/>
                <w:sz w:val="15"/>
              </w:rPr>
              <w:t>Коринец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«Март»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  <w:p w:rsidR="0034214D" w:rsidRDefault="0034214D" w:rsidP="007D739B">
            <w:pPr>
              <w:pStyle w:val="TableParagraph"/>
              <w:spacing w:before="3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 с текстом произведения: определение темы и главной мысли произведения,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соотнесение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главной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пословицей,ответы</w:t>
            </w:r>
            <w:proofErr w:type="spellEnd"/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изучающее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поисковое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выборочное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Характеристика героя: установление взаимосвязи между характером героя и 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109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колыбельных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Лермонтов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«Спи,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младенец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прекрасный…»,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Плещеев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бурю»: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схожесть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Работа в парах: определение </w:t>
            </w:r>
            <w:r>
              <w:rPr>
                <w:w w:val="105"/>
                <w:sz w:val="15"/>
              </w:rPr>
              <w:t>последовательности событий в произведении, составление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плана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эпизодов,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Подробный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(устно)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умении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таблицей: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(распознавание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заполнение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Михалков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«Быль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Баруздин«</w:t>
            </w:r>
            <w:proofErr w:type="gramEnd"/>
            <w:r>
              <w:rPr>
                <w:w w:val="105"/>
                <w:sz w:val="15"/>
              </w:rPr>
              <w:t>Салют</w:t>
            </w:r>
            <w:proofErr w:type="spellEnd"/>
            <w:r>
              <w:rPr>
                <w:w w:val="105"/>
                <w:sz w:val="15"/>
              </w:rPr>
              <w:t>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Васильев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«Белая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Кассиль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«Сестра»,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Лавренёв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«Большое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сердце»,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подтверждением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34214D" w:rsidRDefault="0034214D" w:rsidP="007D739B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детях,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дружбе,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</w:p>
          <w:p w:rsidR="0034214D" w:rsidRDefault="0034214D" w:rsidP="007D739B">
            <w:pPr>
              <w:pStyle w:val="TableParagraph"/>
              <w:spacing w:before="1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сценария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праздников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«8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Марта»,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«9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Мая»: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наизусть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 исполнение песен, слушание музыки, посвящённой праздникам;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Дифференцированная работа: подготовка сообщения о своих родных — участниках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Отечественной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войны;</w:t>
            </w:r>
          </w:p>
        </w:tc>
        <w:tc>
          <w:tcPr>
            <w:tcW w:w="2125" w:type="dxa"/>
          </w:tcPr>
          <w:p w:rsidR="0034214D" w:rsidRDefault="0034214D" w:rsidP="007D739B">
            <w:pPr>
              <w:pStyle w:val="TableParagraph"/>
              <w:spacing w:before="64" w:line="266" w:lineRule="auto"/>
              <w:ind w:left="79" w:right="324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 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 словаря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нравственных </w:t>
            </w:r>
            <w:r>
              <w:rPr>
                <w:w w:val="105"/>
                <w:sz w:val="15"/>
              </w:rPr>
              <w:t>терминов.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Решение познавательных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задач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.</w:t>
            </w:r>
            <w:proofErr w:type="gram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Тестирование.;</w:t>
            </w:r>
          </w:p>
        </w:tc>
        <w:tc>
          <w:tcPr>
            <w:tcW w:w="1381" w:type="dxa"/>
          </w:tcPr>
          <w:p w:rsidR="0034214D" w:rsidRDefault="0034214D" w:rsidP="007D739B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</w:tc>
      </w:tr>
    </w:tbl>
    <w:p w:rsidR="0034214D" w:rsidRDefault="0034214D" w:rsidP="0034214D">
      <w:pPr>
        <w:rPr>
          <w:sz w:val="15"/>
        </w:rPr>
        <w:sectPr w:rsidR="0034214D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15498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63"/>
        <w:gridCol w:w="567"/>
        <w:gridCol w:w="425"/>
        <w:gridCol w:w="414"/>
        <w:gridCol w:w="864"/>
        <w:gridCol w:w="6291"/>
        <w:gridCol w:w="2125"/>
        <w:gridCol w:w="1381"/>
      </w:tblGrid>
      <w:tr w:rsidR="0034214D" w:rsidTr="007D739B">
        <w:trPr>
          <w:trHeight w:val="4559"/>
        </w:trPr>
        <w:tc>
          <w:tcPr>
            <w:tcW w:w="468" w:type="dxa"/>
          </w:tcPr>
          <w:p w:rsidR="0034214D" w:rsidRDefault="0034214D" w:rsidP="0053302F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1.10.</w:t>
            </w:r>
          </w:p>
        </w:tc>
        <w:tc>
          <w:tcPr>
            <w:tcW w:w="2963" w:type="dxa"/>
          </w:tcPr>
          <w:p w:rsidR="0034214D" w:rsidRDefault="0034214D" w:rsidP="0053302F">
            <w:pPr>
              <w:pStyle w:val="TableParagraph"/>
              <w:spacing w:before="64" w:line="266" w:lineRule="auto"/>
              <w:ind w:right="65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Зарубежная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</w:p>
        </w:tc>
        <w:tc>
          <w:tcPr>
            <w:tcW w:w="567" w:type="dxa"/>
          </w:tcPr>
          <w:p w:rsidR="0034214D" w:rsidRDefault="0034214D" w:rsidP="0053302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425" w:type="dxa"/>
          </w:tcPr>
          <w:p w:rsidR="0034214D" w:rsidRDefault="0034214D" w:rsidP="0053302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414" w:type="dxa"/>
          </w:tcPr>
          <w:p w:rsidR="0034214D" w:rsidRDefault="0034214D" w:rsidP="0053302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34214D" w:rsidRDefault="0034214D" w:rsidP="0053302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26.04.2023</w:t>
            </w:r>
          </w:p>
          <w:p w:rsidR="0034214D" w:rsidRDefault="0034214D" w:rsidP="0053302F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16.05.2023</w:t>
            </w:r>
          </w:p>
        </w:tc>
        <w:tc>
          <w:tcPr>
            <w:tcW w:w="6291" w:type="dxa"/>
          </w:tcPr>
          <w:p w:rsidR="0034214D" w:rsidRDefault="0034214D" w:rsidP="0053302F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вопросов: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чём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узнаешь?</w:t>
            </w:r>
            <w:proofErr w:type="gramStart"/>
            <w:r>
              <w:rPr>
                <w:w w:val="105"/>
                <w:sz w:val="15"/>
              </w:rPr>
              <w:t>»,«</w:t>
            </w:r>
            <w:proofErr w:type="gramEnd"/>
            <w:r>
              <w:rPr>
                <w:w w:val="105"/>
                <w:sz w:val="15"/>
              </w:rPr>
              <w:t>Чему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будешь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учиться?»;</w:t>
            </w:r>
          </w:p>
          <w:p w:rsidR="0034214D" w:rsidRDefault="0034214D" w:rsidP="0053302F">
            <w:pPr>
              <w:pStyle w:val="TableParagraph"/>
              <w:spacing w:before="2" w:line="266" w:lineRule="auto"/>
              <w:ind w:left="78" w:right="2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Упражнение в чтении произведений </w:t>
            </w:r>
            <w:r>
              <w:rPr>
                <w:w w:val="105"/>
                <w:sz w:val="15"/>
              </w:rPr>
              <w:t>зарубежных писателей: братья Гримм «Бременские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музыканты», Ш. Перро «Кот в сапогах», Дж. Харрис «Братец Лис и Братец Кролик», Э.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Распэ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«Необыкновенный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олень»,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Х.-К.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Андерсен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«Пятеро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стручка»,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«Огниво»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  <w:p w:rsidR="0034214D" w:rsidRDefault="0034214D" w:rsidP="0053302F">
            <w:pPr>
              <w:pStyle w:val="TableParagraph"/>
              <w:spacing w:before="2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героя: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героя;</w:t>
            </w:r>
          </w:p>
          <w:p w:rsidR="0034214D" w:rsidRDefault="0034214D" w:rsidP="0053302F">
            <w:pPr>
              <w:pStyle w:val="TableParagraph"/>
              <w:spacing w:before="1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событий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конструирование (моделирование) плана произведения: деление текста на смысловые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части, определение эпизодов, выделение опорных слов для каждой части плана,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озаглавливание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(формулировать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текста);</w:t>
            </w:r>
          </w:p>
          <w:p w:rsidR="0034214D" w:rsidRDefault="0034214D" w:rsidP="0053302F">
            <w:pPr>
              <w:pStyle w:val="TableParagraph"/>
              <w:spacing w:before="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вопросов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фактическому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  <w:p w:rsidR="0034214D" w:rsidRDefault="0034214D" w:rsidP="0053302F">
            <w:pPr>
              <w:pStyle w:val="TableParagraph"/>
              <w:spacing w:before="1" w:line="266" w:lineRule="auto"/>
              <w:ind w:left="78" w:right="2091"/>
              <w:rPr>
                <w:sz w:val="15"/>
              </w:rPr>
            </w:pPr>
            <w:r>
              <w:rPr>
                <w:w w:val="105"/>
                <w:sz w:val="15"/>
              </w:rPr>
              <w:t>Пересказ (устно) содержания сказки выборочно;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узнавание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иллюстрациям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сказок;</w:t>
            </w:r>
          </w:p>
          <w:p w:rsidR="0034214D" w:rsidRDefault="0034214D" w:rsidP="0053302F">
            <w:pPr>
              <w:pStyle w:val="TableParagraph"/>
              <w:spacing w:before="1" w:line="266" w:lineRule="auto"/>
              <w:ind w:left="78" w:right="161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группах: выбор сказки, определение эпизода, распределение ролей,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инсценирование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отдельных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схемой: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писателях-сказочниках,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схемой;</w:t>
            </w:r>
          </w:p>
          <w:p w:rsidR="0034214D" w:rsidRDefault="0034214D" w:rsidP="0053302F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выставки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«Зарубежные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писатели»;</w:t>
            </w:r>
          </w:p>
          <w:p w:rsidR="0034214D" w:rsidRDefault="0034214D" w:rsidP="0053302F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Ролевая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игра: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роли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экскурсовода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писателей-сказочников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(рассказывание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книгах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тематики);</w:t>
            </w:r>
          </w:p>
        </w:tc>
        <w:tc>
          <w:tcPr>
            <w:tcW w:w="2125" w:type="dxa"/>
          </w:tcPr>
          <w:p w:rsidR="0034214D" w:rsidRDefault="0034214D" w:rsidP="0053302F">
            <w:pPr>
              <w:pStyle w:val="TableParagraph"/>
              <w:spacing w:before="64" w:line="266" w:lineRule="auto"/>
              <w:ind w:left="79" w:right="43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Письменный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текстом.</w:t>
            </w:r>
          </w:p>
          <w:p w:rsidR="0034214D" w:rsidRDefault="0034214D" w:rsidP="0053302F">
            <w:pPr>
              <w:pStyle w:val="TableParagraph"/>
              <w:spacing w:before="3"/>
              <w:ind w:left="79"/>
              <w:rPr>
                <w:sz w:val="15"/>
              </w:rPr>
            </w:pPr>
            <w:proofErr w:type="spellStart"/>
            <w:proofErr w:type="gramStart"/>
            <w:r>
              <w:rPr>
                <w:w w:val="105"/>
                <w:sz w:val="15"/>
              </w:rPr>
              <w:t>Пересказ.Тестирование</w:t>
            </w:r>
            <w:proofErr w:type="spellEnd"/>
            <w:r>
              <w:rPr>
                <w:w w:val="105"/>
                <w:sz w:val="15"/>
              </w:rPr>
              <w:t>.;</w:t>
            </w:r>
            <w:proofErr w:type="gramEnd"/>
          </w:p>
        </w:tc>
        <w:tc>
          <w:tcPr>
            <w:tcW w:w="1381" w:type="dxa"/>
          </w:tcPr>
          <w:p w:rsidR="0034214D" w:rsidRDefault="0034214D" w:rsidP="0053302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</w:tc>
      </w:tr>
      <w:tr w:rsidR="0034214D" w:rsidTr="007D739B">
        <w:trPr>
          <w:trHeight w:val="2830"/>
        </w:trPr>
        <w:tc>
          <w:tcPr>
            <w:tcW w:w="468" w:type="dxa"/>
          </w:tcPr>
          <w:p w:rsidR="0034214D" w:rsidRDefault="0034214D" w:rsidP="0053302F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2963" w:type="dxa"/>
          </w:tcPr>
          <w:p w:rsidR="0034214D" w:rsidRDefault="0034214D" w:rsidP="0053302F">
            <w:pPr>
              <w:pStyle w:val="TableParagraph"/>
              <w:spacing w:before="64" w:line="266" w:lineRule="auto"/>
              <w:ind w:right="5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Библиографическая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 (работа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 книгой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справочной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литературой)</w:t>
            </w:r>
          </w:p>
        </w:tc>
        <w:tc>
          <w:tcPr>
            <w:tcW w:w="567" w:type="dxa"/>
          </w:tcPr>
          <w:p w:rsidR="0034214D" w:rsidRDefault="0034214D" w:rsidP="0053302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425" w:type="dxa"/>
          </w:tcPr>
          <w:p w:rsidR="0034214D" w:rsidRDefault="0034214D" w:rsidP="0053302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4" w:type="dxa"/>
          </w:tcPr>
          <w:p w:rsidR="0034214D" w:rsidRDefault="0034214D" w:rsidP="0053302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34214D" w:rsidRDefault="0034214D" w:rsidP="0053302F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17.05.2023</w:t>
            </w:r>
          </w:p>
          <w:p w:rsidR="0034214D" w:rsidRDefault="0034214D" w:rsidP="0053302F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</w:tc>
        <w:tc>
          <w:tcPr>
            <w:tcW w:w="6291" w:type="dxa"/>
          </w:tcPr>
          <w:p w:rsidR="0034214D" w:rsidRDefault="0034214D" w:rsidP="0053302F">
            <w:pPr>
              <w:pStyle w:val="TableParagraph"/>
              <w:spacing w:before="64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библиотеку,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тематическим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каталогом;</w:t>
            </w:r>
          </w:p>
          <w:p w:rsidR="0034214D" w:rsidRDefault="0034214D" w:rsidP="0053302F">
            <w:pPr>
              <w:pStyle w:val="TableParagraph"/>
              <w:spacing w:before="2" w:line="266" w:lineRule="auto"/>
              <w:ind w:left="78" w:right="836"/>
              <w:rPr>
                <w:sz w:val="15"/>
              </w:rPr>
            </w:pPr>
            <w:r>
              <w:rPr>
                <w:w w:val="105"/>
                <w:sz w:val="15"/>
              </w:rPr>
              <w:t>Беседа с библиотекарем на тему важности чтения для обучения и развития;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рекомендательного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тематическому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каталогу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библиотеке;</w:t>
            </w:r>
          </w:p>
          <w:p w:rsidR="0034214D" w:rsidRDefault="0034214D" w:rsidP="0053302F">
            <w:pPr>
              <w:pStyle w:val="TableParagraph"/>
              <w:spacing w:before="2" w:line="266" w:lineRule="auto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книг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заголовку,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ориентировка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книги/учебника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оглавлению,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аннотации,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предисловию,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обозначениям;</w:t>
            </w:r>
          </w:p>
          <w:p w:rsidR="0034214D" w:rsidRDefault="0034214D" w:rsidP="0053302F">
            <w:pPr>
              <w:pStyle w:val="TableParagraph"/>
              <w:spacing w:before="1" w:line="266" w:lineRule="auto"/>
              <w:ind w:left="78" w:right="8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прочитанной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книг;</w:t>
            </w:r>
          </w:p>
          <w:p w:rsidR="0034214D" w:rsidRDefault="0034214D" w:rsidP="0053302F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Группировка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темам;</w:t>
            </w:r>
          </w:p>
          <w:p w:rsidR="0034214D" w:rsidRDefault="0034214D" w:rsidP="0053302F">
            <w:pPr>
              <w:pStyle w:val="TableParagraph"/>
              <w:spacing w:before="20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Поиск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справочниках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произведений;</w:t>
            </w:r>
          </w:p>
          <w:p w:rsidR="0034214D" w:rsidRDefault="0034214D" w:rsidP="0053302F">
            <w:pPr>
              <w:pStyle w:val="TableParagraph"/>
              <w:spacing w:before="1" w:line="266" w:lineRule="auto"/>
              <w:ind w:left="78" w:right="926"/>
              <w:rPr>
                <w:sz w:val="15"/>
              </w:rPr>
            </w:pPr>
            <w:r>
              <w:rPr>
                <w:w w:val="105"/>
                <w:sz w:val="15"/>
              </w:rPr>
              <w:t>Рассказ о своих любимых книгах по предложенному алгоритму;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летнему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дневника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читателя;</w:t>
            </w:r>
          </w:p>
        </w:tc>
        <w:tc>
          <w:tcPr>
            <w:tcW w:w="2125" w:type="dxa"/>
          </w:tcPr>
          <w:p w:rsidR="0034214D" w:rsidRDefault="0034214D" w:rsidP="0053302F">
            <w:pPr>
              <w:pStyle w:val="TableParagraph"/>
              <w:spacing w:before="64" w:line="266" w:lineRule="auto"/>
              <w:ind w:left="79" w:right="57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 работа;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Составление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таблиц.;</w:t>
            </w:r>
            <w:proofErr w:type="gramEnd"/>
          </w:p>
        </w:tc>
        <w:tc>
          <w:tcPr>
            <w:tcW w:w="1381" w:type="dxa"/>
          </w:tcPr>
          <w:p w:rsidR="0034214D" w:rsidRDefault="0034214D" w:rsidP="0053302F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РЭШ</w:t>
            </w:r>
          </w:p>
        </w:tc>
      </w:tr>
      <w:tr w:rsidR="0034214D" w:rsidTr="007D739B">
        <w:trPr>
          <w:trHeight w:val="525"/>
        </w:trPr>
        <w:tc>
          <w:tcPr>
            <w:tcW w:w="3431" w:type="dxa"/>
            <w:gridSpan w:val="2"/>
          </w:tcPr>
          <w:p w:rsidR="0034214D" w:rsidRDefault="0034214D" w:rsidP="0053302F">
            <w:pPr>
              <w:pStyle w:val="TableParagraph"/>
              <w:spacing w:before="64" w:line="266" w:lineRule="auto"/>
              <w:ind w:right="152"/>
              <w:rPr>
                <w:sz w:val="15"/>
              </w:rPr>
            </w:pPr>
            <w:r>
              <w:rPr>
                <w:w w:val="105"/>
                <w:sz w:val="15"/>
              </w:rPr>
              <w:t>ОБЩЕЕ КОЛИЧЕСТВО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ПРОГРАММЕ</w:t>
            </w:r>
          </w:p>
        </w:tc>
        <w:tc>
          <w:tcPr>
            <w:tcW w:w="567" w:type="dxa"/>
          </w:tcPr>
          <w:p w:rsidR="0034214D" w:rsidRDefault="0034214D" w:rsidP="0053302F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425" w:type="dxa"/>
          </w:tcPr>
          <w:p w:rsidR="0034214D" w:rsidRDefault="0034214D" w:rsidP="0053302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9</w:t>
            </w:r>
          </w:p>
        </w:tc>
        <w:tc>
          <w:tcPr>
            <w:tcW w:w="414" w:type="dxa"/>
          </w:tcPr>
          <w:p w:rsidR="0034214D" w:rsidRDefault="0034214D" w:rsidP="0053302F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7</w:t>
            </w:r>
          </w:p>
        </w:tc>
        <w:tc>
          <w:tcPr>
            <w:tcW w:w="10661" w:type="dxa"/>
            <w:gridSpan w:val="4"/>
          </w:tcPr>
          <w:p w:rsidR="0034214D" w:rsidRDefault="0034214D" w:rsidP="0053302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16C49" w:rsidRDefault="00D16C49">
      <w:pPr>
        <w:autoSpaceDE w:val="0"/>
        <w:autoSpaceDN w:val="0"/>
        <w:spacing w:after="258" w:line="233" w:lineRule="auto"/>
        <w:rPr>
          <w:lang w:val="ru-RU"/>
        </w:rPr>
      </w:pPr>
    </w:p>
    <w:p w:rsidR="007D739B" w:rsidRDefault="007D739B">
      <w:pPr>
        <w:autoSpaceDE w:val="0"/>
        <w:autoSpaceDN w:val="0"/>
        <w:spacing w:after="258" w:line="233" w:lineRule="auto"/>
        <w:rPr>
          <w:lang w:val="ru-RU"/>
        </w:rPr>
      </w:pPr>
    </w:p>
    <w:p w:rsidR="007D739B" w:rsidRDefault="007D739B">
      <w:pPr>
        <w:autoSpaceDE w:val="0"/>
        <w:autoSpaceDN w:val="0"/>
        <w:spacing w:after="258" w:line="233" w:lineRule="auto"/>
        <w:rPr>
          <w:lang w:val="ru-RU"/>
        </w:rPr>
      </w:pPr>
    </w:p>
    <w:p w:rsidR="007D739B" w:rsidRPr="007D739B" w:rsidRDefault="007D739B">
      <w:pPr>
        <w:autoSpaceDE w:val="0"/>
        <w:autoSpaceDN w:val="0"/>
        <w:spacing w:after="258" w:line="233" w:lineRule="auto"/>
        <w:rPr>
          <w:lang w:val="ru-RU"/>
        </w:rPr>
      </w:pPr>
    </w:p>
    <w:p w:rsidR="00D16C49" w:rsidRDefault="00D16C49">
      <w:pPr>
        <w:autoSpaceDE w:val="0"/>
        <w:autoSpaceDN w:val="0"/>
        <w:spacing w:after="0" w:line="14" w:lineRule="exact"/>
      </w:pPr>
    </w:p>
    <w:p w:rsidR="00D16C49" w:rsidRDefault="00D16C49">
      <w:pPr>
        <w:sectPr w:rsidR="00D16C49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16C49" w:rsidRDefault="00D16C49">
      <w:pPr>
        <w:autoSpaceDE w:val="0"/>
        <w:autoSpaceDN w:val="0"/>
        <w:spacing w:after="78" w:line="220" w:lineRule="exact"/>
      </w:pPr>
    </w:p>
    <w:p w:rsidR="00D16C49" w:rsidRDefault="00CF4A07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708"/>
        <w:gridCol w:w="2978"/>
        <w:gridCol w:w="732"/>
        <w:gridCol w:w="1620"/>
        <w:gridCol w:w="1668"/>
        <w:gridCol w:w="1164"/>
        <w:gridCol w:w="1682"/>
      </w:tblGrid>
      <w:tr w:rsidR="00D16C49" w:rsidTr="00CF4A07">
        <w:trPr>
          <w:trHeight w:hRule="exact" w:val="49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6C49" w:rsidRDefault="00CF4A07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6C49" w:rsidRDefault="00CF4A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6C49" w:rsidRDefault="00CF4A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6C49" w:rsidRDefault="00CF4A0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6C49" w:rsidRDefault="00CF4A0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D16C49" w:rsidTr="00CF4A07">
        <w:trPr>
          <w:trHeight w:hRule="exact" w:val="828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C49" w:rsidRDefault="00D16C49"/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C49" w:rsidRDefault="00D16C49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6C49" w:rsidRDefault="00CF4A07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6C49" w:rsidRDefault="00CF4A0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16C49" w:rsidRDefault="00CF4A07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C49" w:rsidRDefault="00D16C49"/>
        </w:tc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C49" w:rsidRDefault="00D16C49"/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Знакомство с учебником по литературному чте</w:t>
            </w:r>
            <w:r w:rsidRPr="00CF4A07">
              <w:rPr>
                <w:rFonts w:eastAsia="Times New Roman"/>
                <w:lang w:val="ru-RU"/>
              </w:rPr>
              <w:softHyphen/>
              <w:t xml:space="preserve">нию.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Самое великое чудо на свете.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iCs/>
              </w:rPr>
              <w:t>Книги</w:t>
            </w:r>
            <w:proofErr w:type="spellEnd"/>
            <w:r w:rsidRPr="00F05855">
              <w:rPr>
                <w:rFonts w:eastAsia="Times New Roman"/>
                <w:iCs/>
              </w:rPr>
              <w:t>.</w:t>
            </w:r>
            <w:r>
              <w:rPr>
                <w:rFonts w:eastAsia="Times New Roman"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Cs/>
              </w:rPr>
              <w:t>Библиотеки</w:t>
            </w:r>
            <w:proofErr w:type="spellEnd"/>
            <w:r>
              <w:rPr>
                <w:rFonts w:eastAsia="Times New Roman"/>
                <w:iCs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Устное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народное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творчество</w:t>
            </w:r>
            <w:proofErr w:type="spellEnd"/>
            <w:r w:rsidRPr="00F05855">
              <w:rPr>
                <w:rFonts w:eastAsia="Times New Roman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Русские народные песни.</w:t>
            </w:r>
            <w:r w:rsidRPr="00CF4A07">
              <w:rPr>
                <w:lang w:val="ru-RU"/>
              </w:rPr>
              <w:t xml:space="preserve"> </w:t>
            </w:r>
            <w:r w:rsidRPr="00CF4A07">
              <w:rPr>
                <w:rFonts w:eastAsia="Times New Roman"/>
                <w:lang w:val="ru-RU"/>
              </w:rPr>
              <w:t xml:space="preserve">Русские народные </w:t>
            </w:r>
            <w:proofErr w:type="spellStart"/>
            <w:r w:rsidRPr="00CF4A07">
              <w:rPr>
                <w:rFonts w:eastAsia="Times New Roman"/>
                <w:lang w:val="ru-RU"/>
              </w:rPr>
              <w:t>потешки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и прибаутки.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Скороговорки, считалки, небылицы.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Загадки, пословицы, поговорки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 xml:space="preserve">Народные сказки </w:t>
            </w:r>
            <w:proofErr w:type="spellStart"/>
            <w:r w:rsidRPr="00CF4A07">
              <w:rPr>
                <w:rFonts w:eastAsia="Times New Roman"/>
                <w:lang w:val="ru-RU"/>
              </w:rPr>
              <w:t>Ю.Мориц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«Сказка по лесу идёт…»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Сказка «Петушок и бобовое зёрнышко»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Сказка «У страха глаза велики»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Сказка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Лиса</w:t>
            </w:r>
            <w:proofErr w:type="spellEnd"/>
            <w:r w:rsidRPr="00F05855">
              <w:rPr>
                <w:rFonts w:eastAsia="Times New Roman"/>
              </w:rPr>
              <w:t xml:space="preserve"> и </w:t>
            </w:r>
            <w:proofErr w:type="spellStart"/>
            <w:r w:rsidRPr="00F05855">
              <w:rPr>
                <w:rFonts w:eastAsia="Times New Roman"/>
              </w:rPr>
              <w:t>тетерев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Сказка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Лиса</w:t>
            </w:r>
            <w:proofErr w:type="spellEnd"/>
            <w:r w:rsidRPr="00F05855">
              <w:rPr>
                <w:rFonts w:eastAsia="Times New Roman"/>
              </w:rPr>
              <w:t xml:space="preserve"> и </w:t>
            </w:r>
            <w:proofErr w:type="spellStart"/>
            <w:r w:rsidRPr="00F05855">
              <w:rPr>
                <w:rFonts w:eastAsia="Times New Roman"/>
              </w:rPr>
              <w:t>журавль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Сказка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Каша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из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топора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Жанры русского народного творчества. Волшебная сказка.</w:t>
            </w:r>
          </w:p>
          <w:p w:rsidR="006E4403" w:rsidRPr="00CF4A07" w:rsidRDefault="006E4403" w:rsidP="00CF4A0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</w:p>
          <w:p w:rsidR="006E4403" w:rsidRPr="00F05855" w:rsidRDefault="006E4403" w:rsidP="00CF4A07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Сказка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Гуси</w:t>
            </w:r>
            <w:proofErr w:type="spellEnd"/>
            <w:r w:rsidRPr="00F05855">
              <w:rPr>
                <w:rFonts w:eastAsia="Times New Roman"/>
              </w:rPr>
              <w:t xml:space="preserve"> – </w:t>
            </w:r>
            <w:proofErr w:type="spellStart"/>
            <w:r w:rsidRPr="00F05855">
              <w:rPr>
                <w:rFonts w:eastAsia="Times New Roman"/>
              </w:rPr>
              <w:t>лебеди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Викторина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по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сказкам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</w:rPr>
              <w:t>КВН «</w:t>
            </w:r>
            <w:proofErr w:type="spellStart"/>
            <w:r w:rsidRPr="00F05855">
              <w:rPr>
                <w:rFonts w:eastAsia="Times New Roman"/>
              </w:rPr>
              <w:t>Обожаемые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сказки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Люблю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природу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русскую</w:t>
            </w:r>
            <w:proofErr w:type="spellEnd"/>
            <w:r w:rsidRPr="00F05855">
              <w:rPr>
                <w:rFonts w:eastAsia="Times New Roman"/>
              </w:rPr>
              <w:t xml:space="preserve">. </w:t>
            </w:r>
            <w:proofErr w:type="spellStart"/>
            <w:r w:rsidRPr="00F05855">
              <w:rPr>
                <w:rFonts w:eastAsia="Times New Roman"/>
              </w:rPr>
              <w:t>Осень</w:t>
            </w:r>
            <w:proofErr w:type="spellEnd"/>
            <w:r w:rsidRPr="00F05855">
              <w:rPr>
                <w:rFonts w:eastAsia="Times New Roman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6E4403" w:rsidRDefault="006E4403" w:rsidP="007D739B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Ф.Тютчев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«Есть в осени первоначальной…»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К.Бальмонт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«Поспевает брусника…», </w:t>
            </w:r>
            <w:proofErr w:type="spellStart"/>
            <w:r w:rsidRPr="00CF4A07">
              <w:rPr>
                <w:rFonts w:eastAsia="Times New Roman"/>
                <w:lang w:val="ru-RU"/>
              </w:rPr>
              <w:t>А.Плещеев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«Осень наступила…»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А.Фет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Ласточки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пропали</w:t>
            </w:r>
            <w:proofErr w:type="spellEnd"/>
            <w:r w:rsidRPr="00F05855">
              <w:rPr>
                <w:rFonts w:eastAsia="Times New Roman"/>
              </w:rPr>
              <w:t>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«Осенние листья» - тема для поэтов.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В.Берестов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Хитрые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грибы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6E4403" w:rsidRDefault="006E4403" w:rsidP="007D739B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 xml:space="preserve">М. Пришвин «Осеннее утро», </w:t>
            </w:r>
            <w:proofErr w:type="spellStart"/>
            <w:r w:rsidRPr="00CF4A07">
              <w:rPr>
                <w:rFonts w:eastAsia="Times New Roman"/>
                <w:lang w:val="ru-RU"/>
              </w:rPr>
              <w:t>И.Бунин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«Сегодня так светло кругом…»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r w:rsidRPr="00CF4A07">
              <w:rPr>
                <w:rFonts w:eastAsia="Times New Roman"/>
                <w:lang w:val="ru-RU"/>
              </w:rPr>
              <w:t xml:space="preserve">Обобщение по разделу «Люблю природу русскую. </w:t>
            </w:r>
            <w:proofErr w:type="spellStart"/>
            <w:r w:rsidRPr="00F05855">
              <w:rPr>
                <w:rFonts w:eastAsia="Times New Roman"/>
              </w:rPr>
              <w:t>Осень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А.Пушкин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«У лукоморья дуб зелёный…»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Стихи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А.Пушкина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Сказки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А.Пушкина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А.Пушкин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«Сказка о рыбаке и рыбке»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 xml:space="preserve">Составление плана сказки </w:t>
            </w:r>
            <w:proofErr w:type="spellStart"/>
            <w:r w:rsidRPr="00CF4A07">
              <w:rPr>
                <w:rFonts w:eastAsia="Times New Roman"/>
                <w:lang w:val="ru-RU"/>
              </w:rPr>
              <w:t>А.Пушкина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«Сказка о рыбаке и рыбке»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 xml:space="preserve">Обобщение по теме «Сказки </w:t>
            </w:r>
            <w:proofErr w:type="spellStart"/>
            <w:r w:rsidRPr="00CF4A07">
              <w:rPr>
                <w:rFonts w:eastAsia="Times New Roman"/>
                <w:lang w:val="ru-RU"/>
              </w:rPr>
              <w:t>А.Пушкина</w:t>
            </w:r>
            <w:proofErr w:type="spellEnd"/>
            <w:r w:rsidRPr="00CF4A07">
              <w:rPr>
                <w:rFonts w:eastAsia="Times New Roman"/>
                <w:lang w:val="ru-RU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И.Крылов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«Лебедь, рак и  щука»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И.Крылов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«Стрекоза и муравей»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Л.Толстой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«Старый дед и внучек»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Л.Толстой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Филипок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Л.Толстой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Филипок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  <w:p w:rsidR="006E4403" w:rsidRPr="00F05855" w:rsidRDefault="006E4403" w:rsidP="00CF4A07">
            <w:pPr>
              <w:rPr>
                <w:rFonts w:eastAsia="Times New Roman"/>
              </w:rPr>
            </w:pPr>
            <w:proofErr w:type="spellStart"/>
            <w:r w:rsidRPr="00F05855">
              <w:rPr>
                <w:rFonts w:eastAsia="Times New Roman"/>
              </w:rPr>
              <w:t>Пересказ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по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составленному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плану</w:t>
            </w:r>
            <w:proofErr w:type="spellEnd"/>
            <w:r w:rsidRPr="00F05855">
              <w:rPr>
                <w:rFonts w:eastAsia="Times New Roman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Л.Толстой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«Котёнок», «Правда всего дороже»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Весёлые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стихи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Обобщение по разделу «Русские писатели»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r w:rsidRPr="00F05855">
              <w:rPr>
                <w:rFonts w:eastAsia="Times New Roman"/>
              </w:rPr>
              <w:t xml:space="preserve">О </w:t>
            </w:r>
            <w:proofErr w:type="spellStart"/>
            <w:r w:rsidRPr="00F05855">
              <w:rPr>
                <w:rFonts w:eastAsia="Times New Roman"/>
              </w:rPr>
              <w:t>братьях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наших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меньших</w:t>
            </w:r>
            <w:proofErr w:type="spellEnd"/>
            <w:r w:rsidRPr="00F05855">
              <w:rPr>
                <w:rFonts w:eastAsia="Times New Roman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Б.Заходер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«Плачет киска в коридоре…», </w:t>
            </w:r>
            <w:proofErr w:type="spellStart"/>
            <w:r w:rsidRPr="00CF4A07">
              <w:rPr>
                <w:rFonts w:eastAsia="Times New Roman"/>
                <w:lang w:val="ru-RU"/>
              </w:rPr>
              <w:t>И.Пивоварова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«Жила-была собака…»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В.Берестов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Кошкин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щенок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Домашние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животные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М.Пришвин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«Ребята и утята»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М.Пришвин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«Ребята и утята»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  <w:p w:rsidR="006E4403" w:rsidRPr="00CF4A07" w:rsidRDefault="006E4403" w:rsidP="00CF4A07">
            <w:pPr>
              <w:rPr>
                <w:rFonts w:eastAsia="Times New Roman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Подробный пересказ по составленному плану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Е.Чарушин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Страшный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рассказ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6E4403" w:rsidRDefault="006E4403" w:rsidP="007D739B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Е.Чарушин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Страшный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рассказ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</w:p>
          <w:p w:rsidR="006E4403" w:rsidRPr="00CF4A07" w:rsidRDefault="006E4403" w:rsidP="00CF4A07">
            <w:pPr>
              <w:rPr>
                <w:rFonts w:eastAsia="Times New Roman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Деление текста на части, составление плана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Б.Житков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Храбрый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утёнок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В.Бианки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Музыкант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В.Бианки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Сова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Обобщение по разделу «О братьях наших меньших»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Из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детских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журналов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Д.Хармс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Игра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Д.Хармс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Вы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знаете</w:t>
            </w:r>
            <w:proofErr w:type="spellEnd"/>
            <w:proofErr w:type="gramStart"/>
            <w:r w:rsidRPr="00F05855">
              <w:rPr>
                <w:rFonts w:eastAsia="Times New Roman"/>
              </w:rPr>
              <w:t>?»</w:t>
            </w:r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Д.Хармс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, </w:t>
            </w:r>
            <w:proofErr w:type="spellStart"/>
            <w:r w:rsidRPr="00CF4A07">
              <w:rPr>
                <w:rFonts w:eastAsia="Times New Roman"/>
                <w:lang w:val="ru-RU"/>
              </w:rPr>
              <w:t>С.Маршак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«Весёлые чижи»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Д.Хармс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«Что это было?»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073111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Н.Гернет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, </w:t>
            </w:r>
            <w:proofErr w:type="spellStart"/>
            <w:r w:rsidRPr="00CF4A07">
              <w:rPr>
                <w:rFonts w:eastAsia="Times New Roman"/>
                <w:lang w:val="ru-RU"/>
              </w:rPr>
              <w:t>Д.Хармс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«Очень-очень вкусный пирог»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6E4403" w:rsidRDefault="006E4403" w:rsidP="007D739B">
            <w:pPr>
              <w:pStyle w:val="TableParagraph"/>
              <w:spacing w:before="0"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Ю.Владимиров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Чудаки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А.Введенский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«Учёный Петя», «Лошадка»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Обобщение по разделу «Из детских журналов»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Люблю природу русскую. Зима.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sz w:val="24"/>
                <w:szCs w:val="24"/>
                <w:lang w:val="ru-RU"/>
              </w:rPr>
              <w:t>Стихи  о первом снеге.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Ф.Тютчев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«Чародейкою Зимою…»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С.Есенин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«Поёт зима – аукает…», «Берёза»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Сказка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Два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Мороза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С.Михалков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Новогодняя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быль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А.Барто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«Дело было в январе…»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  <w:p w:rsidR="006E4403" w:rsidRPr="0016711D" w:rsidRDefault="006E4403" w:rsidP="00CF4A07">
            <w:pPr>
              <w:rPr>
                <w:rFonts w:eastAsia="Times New Roman"/>
                <w:sz w:val="24"/>
                <w:szCs w:val="24"/>
              </w:rPr>
            </w:pPr>
            <w:r w:rsidRPr="00CF4A07">
              <w:rPr>
                <w:rFonts w:eastAsia="Times New Roman"/>
                <w:lang w:val="ru-RU"/>
              </w:rPr>
              <w:t xml:space="preserve">Обобщение по разделу «Люблю природу русскую. </w:t>
            </w:r>
            <w:proofErr w:type="spellStart"/>
            <w:r w:rsidRPr="00F05855">
              <w:rPr>
                <w:rFonts w:eastAsia="Times New Roman"/>
              </w:rPr>
              <w:t>Зима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Писатели</w:t>
            </w:r>
            <w:proofErr w:type="spellEnd"/>
            <w:r w:rsidRPr="00F05855">
              <w:rPr>
                <w:rFonts w:eastAsia="Times New Roman"/>
              </w:rPr>
              <w:t xml:space="preserve"> – </w:t>
            </w:r>
            <w:proofErr w:type="spellStart"/>
            <w:r w:rsidRPr="00F05855">
              <w:rPr>
                <w:rFonts w:eastAsia="Times New Roman"/>
              </w:rPr>
              <w:t>детям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К.Чуковский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Путаница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  <w:p w:rsidR="006E4403" w:rsidRPr="0016711D" w:rsidRDefault="006E4403" w:rsidP="00CF4A07">
            <w:pPr>
              <w:rPr>
                <w:rFonts w:eastAsia="Times New Roman"/>
                <w:sz w:val="24"/>
                <w:szCs w:val="24"/>
              </w:rPr>
            </w:pPr>
          </w:p>
          <w:p w:rsidR="006E4403" w:rsidRDefault="006E4403" w:rsidP="00CF4A07">
            <w:pPr>
              <w:rPr>
                <w:rFonts w:eastAsia="Times New Roman"/>
                <w:sz w:val="24"/>
                <w:szCs w:val="24"/>
              </w:rPr>
            </w:pPr>
          </w:p>
          <w:p w:rsidR="006E4403" w:rsidRPr="0016711D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К.Чуковский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Радость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К.Чуковский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Федорино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горе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С.Маршак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«Кот и лодыри»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С.Михалков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«Мой секрет», «Сила воли»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</w:p>
          <w:p w:rsidR="006E4403" w:rsidRPr="0016711D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С.Михалков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Мой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щенок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А.Барто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Верёвочка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А.Барто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«Мы не заметили жука…», «В школу»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А.Барто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«Вовка – добрая душа»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Н.Носов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Затейники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Н.Носов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Живая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шляпа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Чтение по ролям, пересказ текста с опорой на план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Н.Носов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«На горке»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Цитатный план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Обобщение по разделу «Писатели – детям»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Я и мои друзья.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Стихи о дружбе и обидах.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Н.Булгаков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«Анна, не грусти!»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Ю,Ермолаев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Два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пирожных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В.Осеева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Волшебное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слово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В.Осеева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Волшебное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слово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</w:p>
          <w:p w:rsidR="006E4403" w:rsidRPr="00CF4A07" w:rsidRDefault="006E4403" w:rsidP="00CF4A07">
            <w:pPr>
              <w:rPr>
                <w:rFonts w:eastAsia="Times New Roman"/>
                <w:lang w:val="ru-RU"/>
              </w:rPr>
            </w:pPr>
            <w:r w:rsidRPr="00CF4A07">
              <w:rPr>
                <w:rFonts w:eastAsia="Times New Roman"/>
                <w:lang w:val="ru-RU"/>
              </w:rPr>
              <w:t>План рассказа, пересказ по плану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В.Осеева</w:t>
            </w:r>
            <w:proofErr w:type="spellEnd"/>
            <w:r w:rsidRPr="00F05855">
              <w:rPr>
                <w:rFonts w:eastAsia="Times New Roman"/>
              </w:rPr>
              <w:t xml:space="preserve"> «</w:t>
            </w:r>
            <w:proofErr w:type="spellStart"/>
            <w:r w:rsidRPr="00F05855">
              <w:rPr>
                <w:rFonts w:eastAsia="Times New Roman"/>
              </w:rPr>
              <w:t>Хорошее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lang w:val="ru-RU"/>
              </w:rPr>
              <w:t>В.Осеева</w:t>
            </w:r>
            <w:proofErr w:type="spellEnd"/>
            <w:r w:rsidRPr="00CF4A07">
              <w:rPr>
                <w:rFonts w:eastAsia="Times New Roman"/>
                <w:lang w:val="ru-RU"/>
              </w:rPr>
              <w:t xml:space="preserve"> «Почему?» Обобщение по разделу «Я и мои друзья»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</w:rPr>
              <w:t>Люблю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природу</w:t>
            </w:r>
            <w:proofErr w:type="spellEnd"/>
            <w:r w:rsidRPr="00F05855">
              <w:rPr>
                <w:rFonts w:eastAsia="Times New Roman"/>
              </w:rPr>
              <w:t xml:space="preserve"> </w:t>
            </w:r>
            <w:proofErr w:type="spellStart"/>
            <w:r w:rsidRPr="00F05855">
              <w:rPr>
                <w:rFonts w:eastAsia="Times New Roman"/>
              </w:rPr>
              <w:t>русскую</w:t>
            </w:r>
            <w:proofErr w:type="spellEnd"/>
            <w:r w:rsidRPr="00F05855">
              <w:rPr>
                <w:rFonts w:eastAsia="Times New Roman"/>
              </w:rPr>
              <w:t xml:space="preserve">. </w:t>
            </w:r>
            <w:proofErr w:type="spellStart"/>
            <w:r w:rsidRPr="00F05855">
              <w:rPr>
                <w:rFonts w:eastAsia="Times New Roman"/>
              </w:rPr>
              <w:t>Весна</w:t>
            </w:r>
            <w:proofErr w:type="spellEnd"/>
            <w:r w:rsidRPr="00F05855">
              <w:rPr>
                <w:rFonts w:eastAsia="Times New Roman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bCs/>
                <w:lang w:val="ru-RU"/>
              </w:rPr>
              <w:t xml:space="preserve">Стихи </w:t>
            </w:r>
            <w:proofErr w:type="spellStart"/>
            <w:r w:rsidRPr="00CF4A07">
              <w:rPr>
                <w:rFonts w:eastAsia="Times New Roman"/>
                <w:bCs/>
                <w:lang w:val="ru-RU"/>
              </w:rPr>
              <w:t>Ф.Тютчева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о весне.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bCs/>
                <w:lang w:val="ru-RU"/>
              </w:rPr>
              <w:t xml:space="preserve">Стихи </w:t>
            </w:r>
            <w:proofErr w:type="spellStart"/>
            <w:r w:rsidRPr="00CF4A07">
              <w:rPr>
                <w:rFonts w:eastAsia="Times New Roman"/>
                <w:bCs/>
                <w:lang w:val="ru-RU"/>
              </w:rPr>
              <w:t>А.Плещеева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о весне.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bCs/>
              </w:rPr>
              <w:t>А.Блок</w:t>
            </w:r>
            <w:proofErr w:type="spellEnd"/>
            <w:r w:rsidRPr="00F05855">
              <w:rPr>
                <w:rFonts w:eastAsia="Times New Roman"/>
                <w:bCs/>
              </w:rPr>
              <w:t xml:space="preserve"> «</w:t>
            </w:r>
            <w:proofErr w:type="spellStart"/>
            <w:r w:rsidRPr="00F05855">
              <w:rPr>
                <w:rFonts w:eastAsia="Times New Roman"/>
                <w:bCs/>
              </w:rPr>
              <w:t>На</w:t>
            </w:r>
            <w:proofErr w:type="spellEnd"/>
            <w:r w:rsidRPr="00F05855">
              <w:rPr>
                <w:rFonts w:eastAsia="Times New Roman"/>
                <w:bCs/>
              </w:rPr>
              <w:t xml:space="preserve"> </w:t>
            </w:r>
            <w:proofErr w:type="spellStart"/>
            <w:r w:rsidRPr="00F05855">
              <w:rPr>
                <w:rFonts w:eastAsia="Times New Roman"/>
                <w:bCs/>
              </w:rPr>
              <w:t>лугу</w:t>
            </w:r>
            <w:proofErr w:type="spellEnd"/>
            <w:r w:rsidRPr="00F05855">
              <w:rPr>
                <w:rFonts w:eastAsia="Times New Roman"/>
                <w:bCs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bCs/>
                <w:lang w:val="ru-RU"/>
              </w:rPr>
              <w:t>С.Маршак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«Снег теперь уже не тот…»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</w:rPr>
              <w:t xml:space="preserve">И. </w:t>
            </w:r>
            <w:proofErr w:type="spellStart"/>
            <w:r w:rsidRPr="00F05855">
              <w:rPr>
                <w:rFonts w:eastAsia="Times New Roman"/>
                <w:bCs/>
              </w:rPr>
              <w:t>Бунин</w:t>
            </w:r>
            <w:proofErr w:type="spellEnd"/>
            <w:r w:rsidRPr="00F05855">
              <w:rPr>
                <w:rFonts w:eastAsia="Times New Roman"/>
                <w:bCs/>
              </w:rPr>
              <w:t xml:space="preserve"> «</w:t>
            </w:r>
            <w:proofErr w:type="spellStart"/>
            <w:r w:rsidRPr="00F05855">
              <w:rPr>
                <w:rFonts w:eastAsia="Times New Roman"/>
                <w:bCs/>
              </w:rPr>
              <w:t>Матери</w:t>
            </w:r>
            <w:proofErr w:type="spellEnd"/>
            <w:r w:rsidRPr="00F05855">
              <w:rPr>
                <w:rFonts w:eastAsia="Times New Roman"/>
                <w:bCs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bCs/>
              </w:rPr>
              <w:t>А.Плещеев</w:t>
            </w:r>
            <w:proofErr w:type="spellEnd"/>
            <w:r w:rsidRPr="00F05855">
              <w:rPr>
                <w:rFonts w:eastAsia="Times New Roman"/>
                <w:bCs/>
              </w:rPr>
              <w:t xml:space="preserve"> «В </w:t>
            </w:r>
            <w:proofErr w:type="spellStart"/>
            <w:r w:rsidRPr="00F05855">
              <w:rPr>
                <w:rFonts w:eastAsia="Times New Roman"/>
                <w:bCs/>
              </w:rPr>
              <w:t>бурю</w:t>
            </w:r>
            <w:proofErr w:type="spellEnd"/>
            <w:r w:rsidRPr="00F05855">
              <w:rPr>
                <w:rFonts w:eastAsia="Times New Roman"/>
                <w:bCs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bCs/>
                <w:lang w:val="ru-RU"/>
              </w:rPr>
              <w:t>Е.Благинина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«Посидим в тишине»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bCs/>
                <w:lang w:val="ru-RU"/>
              </w:rPr>
              <w:t>Э.Мошковская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«Я маму мою обидел…»</w:t>
            </w:r>
          </w:p>
          <w:p w:rsidR="006E4403" w:rsidRPr="00A94290" w:rsidRDefault="006E4403" w:rsidP="00CF4A07">
            <w:pPr>
              <w:rPr>
                <w:rFonts w:eastAsia="Times New Roman"/>
                <w:sz w:val="24"/>
                <w:szCs w:val="24"/>
              </w:rPr>
            </w:pPr>
            <w:r w:rsidRPr="00CF4A07">
              <w:rPr>
                <w:rFonts w:eastAsia="Times New Roman"/>
                <w:lang w:val="ru-RU"/>
              </w:rPr>
              <w:t xml:space="preserve">Обобщение по разделу «Люблю природу русскую. </w:t>
            </w:r>
            <w:proofErr w:type="spellStart"/>
            <w:r w:rsidRPr="00F05855">
              <w:rPr>
                <w:rFonts w:eastAsia="Times New Roman"/>
              </w:rPr>
              <w:t>Весна</w:t>
            </w:r>
            <w:proofErr w:type="spellEnd"/>
            <w:r w:rsidRPr="00F05855">
              <w:rPr>
                <w:rFonts w:eastAsia="Times New Roman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bCs/>
                <w:lang w:val="ru-RU"/>
              </w:rPr>
              <w:t>Б.Заходер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«Товарищам детям», «Что красивее всего?»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bCs/>
                <w:lang w:val="ru-RU"/>
              </w:rPr>
              <w:t>И в шутку и в серьёз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bCs/>
                <w:lang w:val="ru-RU"/>
              </w:rPr>
              <w:t>Б.Заходер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Песенки Винни – Пуха. </w:t>
            </w:r>
          </w:p>
          <w:p w:rsidR="006E4403" w:rsidRPr="00F05855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F05855">
              <w:rPr>
                <w:rFonts w:eastAsia="Times New Roman"/>
                <w:bCs/>
              </w:rPr>
              <w:t xml:space="preserve">Б. </w:t>
            </w:r>
            <w:proofErr w:type="spellStart"/>
            <w:r w:rsidRPr="00F05855">
              <w:rPr>
                <w:rFonts w:eastAsia="Times New Roman"/>
                <w:bCs/>
              </w:rPr>
              <w:t>Заходер</w:t>
            </w:r>
            <w:proofErr w:type="spellEnd"/>
            <w:r w:rsidRPr="00F05855">
              <w:rPr>
                <w:rFonts w:eastAsia="Times New Roman"/>
                <w:bCs/>
              </w:rPr>
              <w:t xml:space="preserve"> </w:t>
            </w:r>
            <w:proofErr w:type="spellStart"/>
            <w:r w:rsidRPr="00F05855">
              <w:rPr>
                <w:rFonts w:eastAsia="Times New Roman"/>
                <w:bCs/>
              </w:rPr>
              <w:t>Ворчалки</w:t>
            </w:r>
            <w:proofErr w:type="spellEnd"/>
            <w:r w:rsidRPr="00F05855">
              <w:rPr>
                <w:rFonts w:eastAsia="Times New Roman"/>
                <w:bCs/>
              </w:rPr>
              <w:t xml:space="preserve">, </w:t>
            </w:r>
            <w:proofErr w:type="spellStart"/>
            <w:r w:rsidRPr="00F05855">
              <w:rPr>
                <w:rFonts w:eastAsia="Times New Roman"/>
                <w:bCs/>
              </w:rPr>
              <w:t>шумелки</w:t>
            </w:r>
            <w:proofErr w:type="spellEnd"/>
            <w:r w:rsidRPr="00F05855">
              <w:rPr>
                <w:rFonts w:eastAsia="Times New Roman"/>
                <w:bCs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bCs/>
              </w:rPr>
              <w:t>Э.Успенский</w:t>
            </w:r>
            <w:proofErr w:type="spellEnd"/>
            <w:r w:rsidRPr="00F05855">
              <w:rPr>
                <w:rFonts w:eastAsia="Times New Roman"/>
                <w:bCs/>
              </w:rPr>
              <w:t xml:space="preserve"> «</w:t>
            </w:r>
            <w:proofErr w:type="spellStart"/>
            <w:r w:rsidRPr="00F05855">
              <w:rPr>
                <w:rFonts w:eastAsia="Times New Roman"/>
                <w:bCs/>
              </w:rPr>
              <w:t>Чебурашка</w:t>
            </w:r>
            <w:proofErr w:type="spellEnd"/>
            <w:r w:rsidRPr="00F05855">
              <w:rPr>
                <w:rFonts w:eastAsia="Times New Roman"/>
                <w:bCs/>
              </w:rPr>
              <w:t>»</w:t>
            </w:r>
          </w:p>
          <w:p w:rsidR="006E4403" w:rsidRPr="00CF4A07" w:rsidRDefault="006E4403" w:rsidP="00CF4A07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bCs/>
                <w:lang w:val="ru-RU"/>
              </w:rPr>
              <w:t>Э.Успенский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«Чебурашка», «Если был бы я девчонкой…»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bCs/>
              </w:rPr>
              <w:t>Стихи</w:t>
            </w:r>
            <w:proofErr w:type="spellEnd"/>
            <w:r w:rsidRPr="00F05855">
              <w:rPr>
                <w:rFonts w:eastAsia="Times New Roman"/>
                <w:bCs/>
              </w:rPr>
              <w:t xml:space="preserve"> </w:t>
            </w:r>
            <w:proofErr w:type="spellStart"/>
            <w:r w:rsidRPr="00F05855">
              <w:rPr>
                <w:rFonts w:eastAsia="Times New Roman"/>
                <w:bCs/>
              </w:rPr>
              <w:t>В.Берестова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bCs/>
              </w:rPr>
              <w:t>Стихи</w:t>
            </w:r>
            <w:proofErr w:type="spellEnd"/>
            <w:r w:rsidRPr="00F05855">
              <w:rPr>
                <w:rFonts w:eastAsia="Times New Roman"/>
                <w:bCs/>
              </w:rPr>
              <w:t xml:space="preserve"> </w:t>
            </w:r>
            <w:proofErr w:type="spellStart"/>
            <w:r w:rsidRPr="00F05855">
              <w:rPr>
                <w:rFonts w:eastAsia="Times New Roman"/>
                <w:bCs/>
              </w:rPr>
              <w:t>И.Токмаковой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bCs/>
              </w:rPr>
              <w:t>Г.Остер</w:t>
            </w:r>
            <w:proofErr w:type="spellEnd"/>
            <w:r w:rsidRPr="00F05855">
              <w:rPr>
                <w:rFonts w:eastAsia="Times New Roman"/>
                <w:bCs/>
              </w:rPr>
              <w:t xml:space="preserve"> «</w:t>
            </w:r>
            <w:proofErr w:type="spellStart"/>
            <w:r w:rsidRPr="00F05855">
              <w:rPr>
                <w:rFonts w:eastAsia="Times New Roman"/>
                <w:bCs/>
              </w:rPr>
              <w:t>Будем</w:t>
            </w:r>
            <w:proofErr w:type="spellEnd"/>
            <w:r w:rsidRPr="00F05855">
              <w:rPr>
                <w:rFonts w:eastAsia="Times New Roman"/>
                <w:bCs/>
              </w:rPr>
              <w:t xml:space="preserve"> </w:t>
            </w:r>
            <w:proofErr w:type="spellStart"/>
            <w:r w:rsidRPr="00F05855">
              <w:rPr>
                <w:rFonts w:eastAsia="Times New Roman"/>
                <w:bCs/>
              </w:rPr>
              <w:t>знакомы</w:t>
            </w:r>
            <w:proofErr w:type="spellEnd"/>
            <w:r w:rsidRPr="00F05855">
              <w:rPr>
                <w:rFonts w:eastAsia="Times New Roman"/>
                <w:bCs/>
              </w:rPr>
              <w:t>»</w:t>
            </w:r>
          </w:p>
          <w:p w:rsidR="006E4403" w:rsidRPr="00CF4A07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bCs/>
                <w:lang w:val="ru-RU"/>
              </w:rPr>
              <w:t>Г.Остер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отрывок из книги Зарядка для хвоста»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bCs/>
                <w:lang w:val="ru-RU"/>
              </w:rPr>
              <w:t>В.Драгунский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«Тайное становится явным»</w:t>
            </w:r>
          </w:p>
          <w:p w:rsidR="006E4403" w:rsidRPr="00CF4A07" w:rsidRDefault="006E4403" w:rsidP="00CF4A07">
            <w:pPr>
              <w:jc w:val="both"/>
              <w:rPr>
                <w:rFonts w:eastAsia="Times New Roman"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bCs/>
                <w:lang w:val="ru-RU"/>
              </w:rPr>
              <w:t>Пересказ текста по плану. Тест.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jc w:val="both"/>
              <w:rPr>
                <w:rFonts w:eastAsia="Times New Roman"/>
                <w:bCs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bCs/>
                <w:lang w:val="ru-RU"/>
              </w:rPr>
              <w:t>В.Драгунский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«Тайное становится явным»</w:t>
            </w:r>
          </w:p>
          <w:p w:rsidR="006E4403" w:rsidRPr="00CF4A07" w:rsidRDefault="006E4403" w:rsidP="00CF4A07">
            <w:pPr>
              <w:jc w:val="both"/>
              <w:rPr>
                <w:rFonts w:eastAsia="Times New Roman"/>
                <w:bCs/>
                <w:lang w:val="ru-RU"/>
              </w:rPr>
            </w:pPr>
            <w:r w:rsidRPr="00CF4A07">
              <w:rPr>
                <w:rFonts w:eastAsia="Times New Roman"/>
                <w:sz w:val="24"/>
                <w:szCs w:val="24"/>
                <w:lang w:val="ru-RU"/>
              </w:rPr>
              <w:t>Обобщение по разделу «И в шутку и в серьёз»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bCs/>
                <w:lang w:val="ru-RU"/>
              </w:rPr>
              <w:t>Американская и английская народные песенки.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bCs/>
                <w:lang w:val="ru-RU"/>
              </w:rPr>
              <w:t>Песенки «</w:t>
            </w:r>
            <w:proofErr w:type="spellStart"/>
            <w:r w:rsidRPr="00CF4A07">
              <w:rPr>
                <w:rFonts w:eastAsia="Times New Roman"/>
                <w:bCs/>
                <w:lang w:val="ru-RU"/>
              </w:rPr>
              <w:t>Сюзон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и мотылёк», «Знают мамы, знают дети…»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bCs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bCs/>
                <w:lang w:val="ru-RU"/>
              </w:rPr>
              <w:t>Ш.Перро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«Кот в сапогах»</w:t>
            </w:r>
          </w:p>
          <w:p w:rsidR="006E4403" w:rsidRPr="00CF4A07" w:rsidRDefault="006E4403" w:rsidP="00CF4A07">
            <w:pPr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bCs/>
                <w:lang w:val="ru-RU"/>
              </w:rPr>
              <w:t>Сравнение героев зарубежных сказок с героями русских сказок.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F05855" w:rsidRDefault="006E4403" w:rsidP="00CF4A07">
            <w:pPr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 w:rsidRPr="00F05855">
              <w:rPr>
                <w:rFonts w:eastAsia="Times New Roman"/>
                <w:bCs/>
              </w:rPr>
              <w:t>Ш.Перро</w:t>
            </w:r>
            <w:proofErr w:type="spellEnd"/>
            <w:r w:rsidRPr="00F05855">
              <w:rPr>
                <w:rFonts w:eastAsia="Times New Roman"/>
                <w:bCs/>
              </w:rPr>
              <w:t xml:space="preserve"> «</w:t>
            </w:r>
            <w:proofErr w:type="spellStart"/>
            <w:r w:rsidRPr="00F05855">
              <w:rPr>
                <w:rFonts w:eastAsia="Times New Roman"/>
                <w:bCs/>
              </w:rPr>
              <w:t>Красная</w:t>
            </w:r>
            <w:proofErr w:type="spellEnd"/>
            <w:r w:rsidRPr="00F05855">
              <w:rPr>
                <w:rFonts w:eastAsia="Times New Roman"/>
                <w:bCs/>
              </w:rPr>
              <w:t xml:space="preserve"> </w:t>
            </w:r>
            <w:proofErr w:type="spellStart"/>
            <w:r w:rsidRPr="00F05855">
              <w:rPr>
                <w:rFonts w:eastAsia="Times New Roman"/>
                <w:bCs/>
              </w:rPr>
              <w:t>Шапочка</w:t>
            </w:r>
            <w:proofErr w:type="spellEnd"/>
            <w:r w:rsidRPr="00F05855">
              <w:rPr>
                <w:rFonts w:eastAsia="Times New Roman"/>
                <w:bCs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/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CF4A07">
            <w:pPr>
              <w:pStyle w:val="ae"/>
              <w:numPr>
                <w:ilvl w:val="0"/>
                <w:numId w:val="10"/>
              </w:num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bCs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bCs/>
                <w:lang w:val="ru-RU"/>
              </w:rPr>
              <w:t>Г.Х.Андерсен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«Принцесса на горошине»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bCs/>
                <w:lang w:val="ru-RU"/>
              </w:rPr>
            </w:pPr>
            <w:proofErr w:type="spellStart"/>
            <w:r w:rsidRPr="00CF4A07">
              <w:rPr>
                <w:rFonts w:eastAsia="Times New Roman"/>
                <w:bCs/>
                <w:lang w:val="ru-RU"/>
              </w:rPr>
              <w:t>Г.Х.Андерсен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«Принцесса на горошине»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bCs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bCs/>
                <w:lang w:val="ru-RU"/>
              </w:rPr>
              <w:t>Э.Хогарт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«</w:t>
            </w:r>
            <w:proofErr w:type="spellStart"/>
            <w:r w:rsidRPr="00CF4A07">
              <w:rPr>
                <w:rFonts w:eastAsia="Times New Roman"/>
                <w:bCs/>
                <w:lang w:val="ru-RU"/>
              </w:rPr>
              <w:t>Мафин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и паук»</w:t>
            </w:r>
          </w:p>
          <w:p w:rsidR="006E4403" w:rsidRPr="00CF4A07" w:rsidRDefault="006E4403" w:rsidP="00CF4A07">
            <w:pPr>
              <w:rPr>
                <w:rFonts w:eastAsia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bCs/>
                <w:sz w:val="24"/>
                <w:szCs w:val="24"/>
                <w:lang w:val="ru-RU"/>
              </w:rPr>
            </w:pPr>
            <w:proofErr w:type="spellStart"/>
            <w:r w:rsidRPr="00CF4A07">
              <w:rPr>
                <w:rFonts w:eastAsia="Times New Roman"/>
                <w:bCs/>
                <w:lang w:val="ru-RU"/>
              </w:rPr>
              <w:t>Э.Хогарт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«</w:t>
            </w:r>
            <w:proofErr w:type="spellStart"/>
            <w:r w:rsidRPr="00CF4A07">
              <w:rPr>
                <w:rFonts w:eastAsia="Times New Roman"/>
                <w:bCs/>
                <w:lang w:val="ru-RU"/>
              </w:rPr>
              <w:t>Мафин</w:t>
            </w:r>
            <w:proofErr w:type="spellEnd"/>
            <w:r w:rsidRPr="00CF4A07">
              <w:rPr>
                <w:rFonts w:eastAsia="Times New Roman"/>
                <w:bCs/>
                <w:lang w:val="ru-RU"/>
              </w:rPr>
              <w:t xml:space="preserve"> и паук»</w:t>
            </w:r>
          </w:p>
          <w:p w:rsidR="006E4403" w:rsidRPr="00CF4A07" w:rsidRDefault="006E4403" w:rsidP="00CF4A07">
            <w:pPr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bCs/>
                <w:sz w:val="24"/>
                <w:szCs w:val="24"/>
                <w:lang w:val="ru-RU"/>
              </w:rPr>
            </w:pPr>
            <w:r w:rsidRPr="00CF4A07">
              <w:rPr>
                <w:rFonts w:eastAsia="Times New Roman"/>
                <w:bCs/>
                <w:lang w:val="ru-RU"/>
              </w:rPr>
              <w:t>Обобщение по разделу «Литература зарубежных стран»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Default="006E4403">
            <w:r w:rsidRPr="009477A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spacing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6E4403" w:rsidRPr="00CF4A07" w:rsidTr="00CF4A0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pStyle w:val="ae"/>
              <w:numPr>
                <w:ilvl w:val="0"/>
                <w:numId w:val="10"/>
              </w:numPr>
              <w:rPr>
                <w:lang w:val="ru-RU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 w:rsidP="00CF4A07">
            <w:pPr>
              <w:rPr>
                <w:rFonts w:eastAsia="Times New Roman"/>
                <w:bCs/>
                <w:lang w:val="ru-RU"/>
              </w:rPr>
            </w:pPr>
            <w:r>
              <w:rPr>
                <w:rFonts w:eastAsia="Times New Roman"/>
                <w:bCs/>
                <w:lang w:val="ru-RU"/>
              </w:rPr>
              <w:t>Итоги года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9477A7" w:rsidRDefault="006E4403">
            <w:pP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Pr="00CF4A07" w:rsidRDefault="006E4403">
            <w:pPr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7D739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E4403" w:rsidRPr="006E4403" w:rsidTr="007D739B">
        <w:trPr>
          <w:trHeight w:hRule="exact" w:val="82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6E4403">
            <w:pPr>
              <w:rPr>
                <w:rFonts w:eastAsia="Times New Roman"/>
                <w:bCs/>
                <w:lang w:val="ru-RU"/>
              </w:rPr>
            </w:pPr>
            <w:r w:rsidRPr="00CF4A0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 w:rsidP="006E440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6E4403" w:rsidRDefault="006E4403" w:rsidP="006E4403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E4403" w:rsidRPr="00CF4A07" w:rsidRDefault="006E4403" w:rsidP="006E4403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403" w:rsidRDefault="006E4403" w:rsidP="006E4403">
            <w:pPr>
              <w:pStyle w:val="TableParagraph"/>
              <w:ind w:left="77"/>
              <w:rPr>
                <w:sz w:val="24"/>
              </w:rPr>
            </w:pPr>
          </w:p>
        </w:tc>
      </w:tr>
    </w:tbl>
    <w:p w:rsidR="00D16C49" w:rsidRPr="00CF4A07" w:rsidRDefault="00D16C49">
      <w:pPr>
        <w:autoSpaceDE w:val="0"/>
        <w:autoSpaceDN w:val="0"/>
        <w:spacing w:after="0" w:line="14" w:lineRule="exact"/>
        <w:rPr>
          <w:lang w:val="ru-RU"/>
        </w:rPr>
      </w:pPr>
    </w:p>
    <w:p w:rsidR="00D16C49" w:rsidRPr="00CF4A07" w:rsidRDefault="00D16C49">
      <w:pPr>
        <w:rPr>
          <w:lang w:val="ru-RU"/>
        </w:rPr>
        <w:sectPr w:rsidR="00D16C49" w:rsidRPr="00CF4A07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4214D" w:rsidRPr="0034214D" w:rsidRDefault="0034214D" w:rsidP="0034214D">
      <w:pPr>
        <w:spacing w:before="66"/>
        <w:ind w:left="-567"/>
        <w:rPr>
          <w:b/>
          <w:sz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0A0F401B" wp14:editId="061B000A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F7ECC" id="Прямоугольник 2" o:spid="_x0000_s1026" style="position:absolute;margin-left:33.3pt;margin-top:22.9pt;width:528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34214D">
        <w:rPr>
          <w:b/>
          <w:sz w:val="24"/>
          <w:lang w:val="ru-RU"/>
        </w:rPr>
        <w:t>УЧЕБНО-МЕТОДИЧЕСКОЕ</w:t>
      </w:r>
      <w:r w:rsidRPr="0034214D">
        <w:rPr>
          <w:b/>
          <w:spacing w:val="-13"/>
          <w:sz w:val="24"/>
          <w:lang w:val="ru-RU"/>
        </w:rPr>
        <w:t xml:space="preserve"> </w:t>
      </w:r>
      <w:r w:rsidRPr="0034214D">
        <w:rPr>
          <w:b/>
          <w:sz w:val="24"/>
          <w:lang w:val="ru-RU"/>
        </w:rPr>
        <w:t>ОБЕСПЕЧЕНИЕ</w:t>
      </w:r>
      <w:r w:rsidRPr="0034214D">
        <w:rPr>
          <w:b/>
          <w:spacing w:val="-12"/>
          <w:sz w:val="24"/>
          <w:lang w:val="ru-RU"/>
        </w:rPr>
        <w:t xml:space="preserve"> </w:t>
      </w:r>
      <w:r w:rsidRPr="0034214D">
        <w:rPr>
          <w:b/>
          <w:sz w:val="24"/>
          <w:lang w:val="ru-RU"/>
        </w:rPr>
        <w:t>ОБРАЗОВАТЕЛЬНОГО</w:t>
      </w:r>
      <w:r w:rsidRPr="0034214D">
        <w:rPr>
          <w:b/>
          <w:spacing w:val="-13"/>
          <w:sz w:val="24"/>
          <w:lang w:val="ru-RU"/>
        </w:rPr>
        <w:t xml:space="preserve"> </w:t>
      </w:r>
      <w:r w:rsidRPr="0034214D">
        <w:rPr>
          <w:b/>
          <w:sz w:val="24"/>
          <w:lang w:val="ru-RU"/>
        </w:rPr>
        <w:t>ПРОЦЕССА</w:t>
      </w:r>
    </w:p>
    <w:p w:rsidR="0034214D" w:rsidRPr="0034214D" w:rsidRDefault="0034214D" w:rsidP="0034214D">
      <w:pPr>
        <w:pStyle w:val="1"/>
        <w:spacing w:before="179"/>
        <w:ind w:left="-567"/>
        <w:rPr>
          <w:lang w:val="ru-RU"/>
        </w:rPr>
      </w:pPr>
      <w:r w:rsidRPr="0034214D">
        <w:rPr>
          <w:lang w:val="ru-RU"/>
        </w:rPr>
        <w:t>ОБЯЗАТЕЛЬНЫЕ</w:t>
      </w:r>
      <w:r w:rsidRPr="0034214D">
        <w:rPr>
          <w:spacing w:val="-8"/>
          <w:lang w:val="ru-RU"/>
        </w:rPr>
        <w:t xml:space="preserve"> </w:t>
      </w:r>
      <w:r w:rsidRPr="0034214D">
        <w:rPr>
          <w:lang w:val="ru-RU"/>
        </w:rPr>
        <w:t>УЧЕБНЫЕ</w:t>
      </w:r>
      <w:r w:rsidRPr="0034214D">
        <w:rPr>
          <w:spacing w:val="-7"/>
          <w:lang w:val="ru-RU"/>
        </w:rPr>
        <w:t xml:space="preserve"> </w:t>
      </w:r>
      <w:r w:rsidRPr="0034214D">
        <w:rPr>
          <w:lang w:val="ru-RU"/>
        </w:rPr>
        <w:t>МАТЕРИАЛЫ</w:t>
      </w:r>
      <w:r w:rsidRPr="0034214D">
        <w:rPr>
          <w:spacing w:val="-7"/>
          <w:lang w:val="ru-RU"/>
        </w:rPr>
        <w:t xml:space="preserve"> </w:t>
      </w:r>
      <w:r w:rsidRPr="0034214D">
        <w:rPr>
          <w:lang w:val="ru-RU"/>
        </w:rPr>
        <w:t>ДЛЯ</w:t>
      </w:r>
      <w:r w:rsidRPr="0034214D">
        <w:rPr>
          <w:spacing w:val="-7"/>
          <w:lang w:val="ru-RU"/>
        </w:rPr>
        <w:t xml:space="preserve"> </w:t>
      </w:r>
      <w:r w:rsidRPr="0034214D">
        <w:rPr>
          <w:lang w:val="ru-RU"/>
        </w:rPr>
        <w:t>УЧЕНИКА</w:t>
      </w:r>
    </w:p>
    <w:p w:rsidR="0034214D" w:rsidRPr="0034214D" w:rsidRDefault="0034214D" w:rsidP="0034214D">
      <w:pPr>
        <w:pStyle w:val="af"/>
        <w:spacing w:before="156" w:line="292" w:lineRule="auto"/>
        <w:ind w:left="-567" w:right="7911"/>
        <w:rPr>
          <w:lang w:val="ru-RU"/>
        </w:rPr>
      </w:pPr>
      <w:r w:rsidRPr="0034214D">
        <w:rPr>
          <w:lang w:val="ru-RU"/>
        </w:rPr>
        <w:t>Климанова</w:t>
      </w:r>
      <w:r w:rsidRPr="0034214D">
        <w:rPr>
          <w:spacing w:val="60"/>
          <w:lang w:val="ru-RU"/>
        </w:rPr>
        <w:t xml:space="preserve"> </w:t>
      </w:r>
      <w:r w:rsidRPr="0034214D">
        <w:rPr>
          <w:lang w:val="ru-RU"/>
        </w:rPr>
        <w:t>Л.Ф.;</w:t>
      </w:r>
      <w:r w:rsidRPr="0034214D">
        <w:rPr>
          <w:spacing w:val="1"/>
          <w:lang w:val="ru-RU"/>
        </w:rPr>
        <w:t xml:space="preserve"> </w:t>
      </w:r>
      <w:r w:rsidRPr="0034214D">
        <w:rPr>
          <w:lang w:val="ru-RU"/>
        </w:rPr>
        <w:t>Горецкий</w:t>
      </w:r>
      <w:r w:rsidRPr="0034214D">
        <w:rPr>
          <w:spacing w:val="60"/>
          <w:lang w:val="ru-RU"/>
        </w:rPr>
        <w:t xml:space="preserve"> </w:t>
      </w:r>
      <w:r w:rsidRPr="0034214D">
        <w:rPr>
          <w:lang w:val="ru-RU"/>
        </w:rPr>
        <w:t>В.Г.;</w:t>
      </w:r>
      <w:r w:rsidRPr="0034214D">
        <w:rPr>
          <w:spacing w:val="1"/>
          <w:lang w:val="ru-RU"/>
        </w:rPr>
        <w:t xml:space="preserve"> </w:t>
      </w:r>
      <w:r w:rsidRPr="0034214D">
        <w:rPr>
          <w:lang w:val="ru-RU"/>
        </w:rPr>
        <w:t>Голованова</w:t>
      </w:r>
      <w:r w:rsidRPr="0034214D">
        <w:rPr>
          <w:spacing w:val="-3"/>
          <w:lang w:val="ru-RU"/>
        </w:rPr>
        <w:t xml:space="preserve"> </w:t>
      </w:r>
      <w:r w:rsidRPr="0034214D">
        <w:rPr>
          <w:lang w:val="ru-RU"/>
        </w:rPr>
        <w:t>М.В.</w:t>
      </w:r>
      <w:r w:rsidRPr="0034214D">
        <w:rPr>
          <w:spacing w:val="-3"/>
          <w:lang w:val="ru-RU"/>
        </w:rPr>
        <w:t xml:space="preserve"> </w:t>
      </w:r>
      <w:r w:rsidRPr="0034214D">
        <w:rPr>
          <w:lang w:val="ru-RU"/>
        </w:rPr>
        <w:t>и</w:t>
      </w:r>
      <w:r w:rsidRPr="0034214D">
        <w:rPr>
          <w:spacing w:val="-2"/>
          <w:lang w:val="ru-RU"/>
        </w:rPr>
        <w:t xml:space="preserve"> </w:t>
      </w:r>
      <w:r w:rsidRPr="0034214D">
        <w:rPr>
          <w:lang w:val="ru-RU"/>
        </w:rPr>
        <w:t>другие;</w:t>
      </w:r>
    </w:p>
    <w:p w:rsidR="0034214D" w:rsidRPr="0034214D" w:rsidRDefault="0034214D" w:rsidP="0034214D">
      <w:pPr>
        <w:pStyle w:val="af"/>
        <w:spacing w:line="274" w:lineRule="exact"/>
        <w:ind w:left="-567"/>
        <w:rPr>
          <w:lang w:val="ru-RU"/>
        </w:rPr>
      </w:pPr>
      <w:r w:rsidRPr="0034214D">
        <w:rPr>
          <w:lang w:val="ru-RU"/>
        </w:rPr>
        <w:t>Литературное</w:t>
      </w:r>
      <w:r w:rsidRPr="0034214D">
        <w:rPr>
          <w:spacing w:val="-4"/>
          <w:lang w:val="ru-RU"/>
        </w:rPr>
        <w:t xml:space="preserve"> </w:t>
      </w:r>
      <w:r w:rsidRPr="0034214D">
        <w:rPr>
          <w:lang w:val="ru-RU"/>
        </w:rPr>
        <w:t>чтение</w:t>
      </w:r>
      <w:r w:rsidRPr="0034214D">
        <w:rPr>
          <w:spacing w:val="-4"/>
          <w:lang w:val="ru-RU"/>
        </w:rPr>
        <w:t xml:space="preserve"> </w:t>
      </w:r>
      <w:r w:rsidRPr="0034214D">
        <w:rPr>
          <w:lang w:val="ru-RU"/>
        </w:rPr>
        <w:t>(в</w:t>
      </w:r>
      <w:r w:rsidRPr="0034214D">
        <w:rPr>
          <w:spacing w:val="-5"/>
          <w:lang w:val="ru-RU"/>
        </w:rPr>
        <w:t xml:space="preserve"> </w:t>
      </w:r>
      <w:r w:rsidRPr="0034214D">
        <w:rPr>
          <w:lang w:val="ru-RU"/>
        </w:rPr>
        <w:t>2</w:t>
      </w:r>
      <w:r w:rsidRPr="0034214D">
        <w:rPr>
          <w:spacing w:val="-4"/>
          <w:lang w:val="ru-RU"/>
        </w:rPr>
        <w:t xml:space="preserve"> </w:t>
      </w:r>
      <w:r w:rsidRPr="0034214D">
        <w:rPr>
          <w:lang w:val="ru-RU"/>
        </w:rPr>
        <w:t>частях).</w:t>
      </w:r>
      <w:r w:rsidRPr="0034214D">
        <w:rPr>
          <w:spacing w:val="-4"/>
          <w:lang w:val="ru-RU"/>
        </w:rPr>
        <w:t xml:space="preserve"> </w:t>
      </w:r>
      <w:r w:rsidRPr="0034214D">
        <w:rPr>
          <w:lang w:val="ru-RU"/>
        </w:rPr>
        <w:t>Учебник.</w:t>
      </w:r>
      <w:r w:rsidRPr="0034214D">
        <w:rPr>
          <w:spacing w:val="-4"/>
          <w:lang w:val="ru-RU"/>
        </w:rPr>
        <w:t xml:space="preserve"> </w:t>
      </w:r>
      <w:r w:rsidRPr="0034214D">
        <w:rPr>
          <w:lang w:val="ru-RU"/>
        </w:rPr>
        <w:t>2</w:t>
      </w:r>
      <w:r w:rsidRPr="0034214D">
        <w:rPr>
          <w:spacing w:val="-4"/>
          <w:lang w:val="ru-RU"/>
        </w:rPr>
        <w:t xml:space="preserve"> </w:t>
      </w:r>
      <w:r w:rsidRPr="0034214D">
        <w:rPr>
          <w:lang w:val="ru-RU"/>
        </w:rPr>
        <w:t>класс.</w:t>
      </w:r>
      <w:r w:rsidRPr="0034214D">
        <w:rPr>
          <w:spacing w:val="-4"/>
          <w:lang w:val="ru-RU"/>
        </w:rPr>
        <w:t xml:space="preserve"> </w:t>
      </w:r>
      <w:r w:rsidRPr="0034214D">
        <w:rPr>
          <w:lang w:val="ru-RU"/>
        </w:rPr>
        <w:t>Акционерное</w:t>
      </w:r>
      <w:r w:rsidRPr="0034214D">
        <w:rPr>
          <w:spacing w:val="-4"/>
          <w:lang w:val="ru-RU"/>
        </w:rPr>
        <w:t xml:space="preserve"> </w:t>
      </w:r>
      <w:r w:rsidRPr="0034214D">
        <w:rPr>
          <w:lang w:val="ru-RU"/>
        </w:rPr>
        <w:t>общество</w:t>
      </w:r>
      <w:r w:rsidRPr="0034214D">
        <w:rPr>
          <w:spacing w:val="-4"/>
          <w:lang w:val="ru-RU"/>
        </w:rPr>
        <w:t xml:space="preserve"> </w:t>
      </w:r>
      <w:r w:rsidRPr="0034214D">
        <w:rPr>
          <w:lang w:val="ru-RU"/>
        </w:rPr>
        <w:t>«Издательство</w:t>
      </w:r>
    </w:p>
    <w:p w:rsidR="0034214D" w:rsidRPr="0034214D" w:rsidRDefault="0034214D" w:rsidP="0034214D">
      <w:pPr>
        <w:pStyle w:val="af"/>
        <w:spacing w:before="60" w:line="292" w:lineRule="auto"/>
        <w:ind w:left="-567" w:right="8359"/>
        <w:rPr>
          <w:lang w:val="ru-RU"/>
        </w:rPr>
      </w:pPr>
      <w:r w:rsidRPr="0034214D">
        <w:rPr>
          <w:lang w:val="ru-RU"/>
        </w:rPr>
        <w:t>«Просвещение»</w:t>
      </w:r>
      <w:proofErr w:type="gramStart"/>
      <w:r w:rsidRPr="0034214D">
        <w:rPr>
          <w:lang w:val="ru-RU"/>
        </w:rPr>
        <w:t>; ;</w:t>
      </w:r>
      <w:proofErr w:type="gramEnd"/>
      <w:r w:rsidRPr="0034214D">
        <w:rPr>
          <w:spacing w:val="1"/>
          <w:lang w:val="ru-RU"/>
        </w:rPr>
        <w:t xml:space="preserve"> </w:t>
      </w:r>
      <w:r w:rsidRPr="0034214D">
        <w:rPr>
          <w:lang w:val="ru-RU"/>
        </w:rPr>
        <w:t>Введите</w:t>
      </w:r>
      <w:r w:rsidRPr="0034214D">
        <w:rPr>
          <w:spacing w:val="-5"/>
          <w:lang w:val="ru-RU"/>
        </w:rPr>
        <w:t xml:space="preserve"> </w:t>
      </w:r>
      <w:r w:rsidRPr="0034214D">
        <w:rPr>
          <w:lang w:val="ru-RU"/>
        </w:rPr>
        <w:t>свой</w:t>
      </w:r>
      <w:r w:rsidRPr="0034214D">
        <w:rPr>
          <w:spacing w:val="-5"/>
          <w:lang w:val="ru-RU"/>
        </w:rPr>
        <w:t xml:space="preserve"> </w:t>
      </w:r>
      <w:r w:rsidRPr="0034214D">
        <w:rPr>
          <w:lang w:val="ru-RU"/>
        </w:rPr>
        <w:t>вариант:</w:t>
      </w:r>
    </w:p>
    <w:p w:rsidR="0034214D" w:rsidRPr="0034214D" w:rsidRDefault="0034214D" w:rsidP="0034214D">
      <w:pPr>
        <w:pStyle w:val="1"/>
        <w:spacing w:before="191"/>
        <w:ind w:left="-567"/>
        <w:rPr>
          <w:lang w:val="ru-RU"/>
        </w:rPr>
      </w:pPr>
      <w:r w:rsidRPr="0034214D">
        <w:rPr>
          <w:lang w:val="ru-RU"/>
        </w:rPr>
        <w:t>МЕТОДИЧЕСКИЕ</w:t>
      </w:r>
      <w:r w:rsidRPr="0034214D">
        <w:rPr>
          <w:spacing w:val="-8"/>
          <w:lang w:val="ru-RU"/>
        </w:rPr>
        <w:t xml:space="preserve"> </w:t>
      </w:r>
      <w:r w:rsidRPr="0034214D">
        <w:rPr>
          <w:lang w:val="ru-RU"/>
        </w:rPr>
        <w:t>МАТЕРИАЛЫ</w:t>
      </w:r>
      <w:r w:rsidRPr="0034214D">
        <w:rPr>
          <w:spacing w:val="-7"/>
          <w:lang w:val="ru-RU"/>
        </w:rPr>
        <w:t xml:space="preserve"> </w:t>
      </w:r>
      <w:r w:rsidRPr="0034214D">
        <w:rPr>
          <w:lang w:val="ru-RU"/>
        </w:rPr>
        <w:t>ДЛЯ</w:t>
      </w:r>
      <w:r w:rsidRPr="0034214D">
        <w:rPr>
          <w:spacing w:val="-7"/>
          <w:lang w:val="ru-RU"/>
        </w:rPr>
        <w:t xml:space="preserve"> </w:t>
      </w:r>
      <w:r w:rsidRPr="0034214D">
        <w:rPr>
          <w:lang w:val="ru-RU"/>
        </w:rPr>
        <w:t>УЧИТЕЛЯ</w:t>
      </w:r>
    </w:p>
    <w:p w:rsidR="0034214D" w:rsidRPr="0034214D" w:rsidRDefault="0034214D" w:rsidP="0034214D">
      <w:pPr>
        <w:pStyle w:val="af"/>
        <w:spacing w:before="156"/>
        <w:ind w:left="-567"/>
        <w:rPr>
          <w:lang w:val="ru-RU"/>
        </w:rPr>
      </w:pPr>
      <w:r w:rsidRPr="0034214D">
        <w:rPr>
          <w:lang w:val="ru-RU"/>
        </w:rPr>
        <w:t>Коллекции</w:t>
      </w:r>
      <w:r w:rsidRPr="0034214D">
        <w:rPr>
          <w:spacing w:val="-6"/>
          <w:lang w:val="ru-RU"/>
        </w:rPr>
        <w:t xml:space="preserve"> </w:t>
      </w:r>
      <w:r w:rsidRPr="0034214D">
        <w:rPr>
          <w:lang w:val="ru-RU"/>
        </w:rPr>
        <w:t>электронных</w:t>
      </w:r>
      <w:r w:rsidRPr="0034214D">
        <w:rPr>
          <w:spacing w:val="-5"/>
          <w:lang w:val="ru-RU"/>
        </w:rPr>
        <w:t xml:space="preserve"> </w:t>
      </w:r>
      <w:r w:rsidRPr="0034214D">
        <w:rPr>
          <w:lang w:val="ru-RU"/>
        </w:rPr>
        <w:t>образовательных</w:t>
      </w:r>
      <w:r w:rsidRPr="0034214D">
        <w:rPr>
          <w:spacing w:val="-5"/>
          <w:lang w:val="ru-RU"/>
        </w:rPr>
        <w:t xml:space="preserve"> </w:t>
      </w:r>
      <w:r w:rsidRPr="0034214D">
        <w:rPr>
          <w:lang w:val="ru-RU"/>
        </w:rPr>
        <w:t>ресурсов</w:t>
      </w:r>
    </w:p>
    <w:p w:rsidR="0034214D" w:rsidRPr="0034214D" w:rsidRDefault="0034214D" w:rsidP="0034214D">
      <w:pPr>
        <w:pStyle w:val="ae"/>
        <w:widowControl w:val="0"/>
        <w:numPr>
          <w:ilvl w:val="0"/>
          <w:numId w:val="12"/>
        </w:numPr>
        <w:tabs>
          <w:tab w:val="left" w:pos="347"/>
        </w:tabs>
        <w:autoSpaceDE w:val="0"/>
        <w:autoSpaceDN w:val="0"/>
        <w:spacing w:before="60" w:after="0" w:line="240" w:lineRule="auto"/>
        <w:ind w:left="-567" w:firstLine="0"/>
        <w:contextualSpacing w:val="0"/>
        <w:rPr>
          <w:sz w:val="24"/>
          <w:lang w:val="ru-RU"/>
        </w:rPr>
      </w:pPr>
      <w:r w:rsidRPr="0034214D">
        <w:rPr>
          <w:sz w:val="24"/>
          <w:lang w:val="ru-RU"/>
        </w:rPr>
        <w:t>«Единое</w:t>
      </w:r>
      <w:r w:rsidRPr="0034214D">
        <w:rPr>
          <w:spacing w:val="-5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окно</w:t>
      </w:r>
      <w:r w:rsidRPr="0034214D">
        <w:rPr>
          <w:spacing w:val="-4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доступа</w:t>
      </w:r>
      <w:r w:rsidRPr="0034214D">
        <w:rPr>
          <w:spacing w:val="-4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к</w:t>
      </w:r>
      <w:r w:rsidRPr="0034214D">
        <w:rPr>
          <w:spacing w:val="-5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образовательным</w:t>
      </w:r>
      <w:r w:rsidRPr="0034214D">
        <w:rPr>
          <w:spacing w:val="-5"/>
          <w:sz w:val="24"/>
          <w:lang w:val="ru-RU"/>
        </w:rPr>
        <w:t xml:space="preserve"> </w:t>
      </w:r>
      <w:proofErr w:type="gramStart"/>
      <w:r w:rsidRPr="0034214D">
        <w:rPr>
          <w:sz w:val="24"/>
          <w:lang w:val="ru-RU"/>
        </w:rPr>
        <w:t>ресурсам»-</w:t>
      </w:r>
      <w:proofErr w:type="gramEnd"/>
      <w:r w:rsidRPr="0034214D">
        <w:rPr>
          <w:spacing w:val="-5"/>
          <w:sz w:val="24"/>
          <w:lang w:val="ru-RU"/>
        </w:rPr>
        <w:t xml:space="preserve"> </w:t>
      </w:r>
      <w:hyperlink r:id="rId7">
        <w:r>
          <w:rPr>
            <w:sz w:val="24"/>
          </w:rPr>
          <w:t>http</w:t>
        </w:r>
        <w:r w:rsidRPr="0034214D">
          <w:rPr>
            <w:sz w:val="24"/>
            <w:lang w:val="ru-RU"/>
          </w:rPr>
          <w:t>://</w:t>
        </w:r>
        <w:r>
          <w:rPr>
            <w:sz w:val="24"/>
          </w:rPr>
          <w:t>windows</w:t>
        </w:r>
        <w:r w:rsidRPr="0034214D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edu</w:t>
        </w:r>
        <w:proofErr w:type="spellEnd"/>
        <w:r w:rsidRPr="0034214D">
          <w:rPr>
            <w:sz w:val="24"/>
            <w:lang w:val="ru-RU"/>
          </w:rPr>
          <w:t>/</w:t>
        </w:r>
        <w:proofErr w:type="spellStart"/>
        <w:r>
          <w:rPr>
            <w:sz w:val="24"/>
          </w:rPr>
          <w:t>ru</w:t>
        </w:r>
        <w:proofErr w:type="spellEnd"/>
      </w:hyperlink>
    </w:p>
    <w:p w:rsidR="0034214D" w:rsidRPr="0034214D" w:rsidRDefault="0034214D" w:rsidP="0034214D">
      <w:pPr>
        <w:pStyle w:val="ae"/>
        <w:widowControl w:val="0"/>
        <w:numPr>
          <w:ilvl w:val="0"/>
          <w:numId w:val="12"/>
        </w:numPr>
        <w:tabs>
          <w:tab w:val="left" w:pos="347"/>
        </w:tabs>
        <w:autoSpaceDE w:val="0"/>
        <w:autoSpaceDN w:val="0"/>
        <w:spacing w:before="60" w:after="0" w:line="240" w:lineRule="auto"/>
        <w:ind w:left="-567" w:firstLine="0"/>
        <w:contextualSpacing w:val="0"/>
        <w:rPr>
          <w:sz w:val="24"/>
          <w:lang w:val="ru-RU"/>
        </w:rPr>
      </w:pPr>
      <w:r w:rsidRPr="0034214D">
        <w:rPr>
          <w:sz w:val="24"/>
          <w:lang w:val="ru-RU"/>
        </w:rPr>
        <w:t>«Единая</w:t>
      </w:r>
      <w:r w:rsidRPr="0034214D">
        <w:rPr>
          <w:spacing w:val="-6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коллекция</w:t>
      </w:r>
      <w:r w:rsidRPr="0034214D">
        <w:rPr>
          <w:spacing w:val="-6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цифровых</w:t>
      </w:r>
      <w:r w:rsidRPr="0034214D">
        <w:rPr>
          <w:spacing w:val="-5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образовательных</w:t>
      </w:r>
      <w:r w:rsidRPr="0034214D">
        <w:rPr>
          <w:spacing w:val="-5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ресурсов»</w:t>
      </w:r>
      <w:r w:rsidRPr="0034214D">
        <w:rPr>
          <w:spacing w:val="-5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-</w:t>
      </w:r>
      <w:r w:rsidRPr="0034214D">
        <w:rPr>
          <w:spacing w:val="-6"/>
          <w:sz w:val="24"/>
          <w:lang w:val="ru-RU"/>
        </w:rPr>
        <w:t xml:space="preserve"> </w:t>
      </w:r>
      <w:hyperlink r:id="rId8">
        <w:r>
          <w:rPr>
            <w:sz w:val="24"/>
          </w:rPr>
          <w:t>http</w:t>
        </w:r>
        <w:r w:rsidRPr="0034214D">
          <w:rPr>
            <w:sz w:val="24"/>
            <w:lang w:val="ru-RU"/>
          </w:rPr>
          <w:t>://</w:t>
        </w:r>
        <w:r>
          <w:rPr>
            <w:sz w:val="24"/>
          </w:rPr>
          <w:t>school</w:t>
        </w:r>
        <w:r w:rsidRPr="0034214D">
          <w:rPr>
            <w:sz w:val="24"/>
            <w:lang w:val="ru-RU"/>
          </w:rPr>
          <w:t>-</w:t>
        </w:r>
        <w:proofErr w:type="spellStart"/>
        <w:r>
          <w:rPr>
            <w:sz w:val="24"/>
          </w:rPr>
          <w:t>collektion</w:t>
        </w:r>
        <w:proofErr w:type="spellEnd"/>
        <w:r w:rsidRPr="0034214D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edu</w:t>
        </w:r>
        <w:proofErr w:type="spellEnd"/>
        <w:r w:rsidRPr="0034214D">
          <w:rPr>
            <w:sz w:val="24"/>
            <w:lang w:val="ru-RU"/>
          </w:rPr>
          <w:t>/</w:t>
        </w:r>
        <w:proofErr w:type="spellStart"/>
        <w:r>
          <w:rPr>
            <w:sz w:val="24"/>
          </w:rPr>
          <w:t>ru</w:t>
        </w:r>
        <w:proofErr w:type="spellEnd"/>
        <w:r w:rsidRPr="0034214D">
          <w:rPr>
            <w:spacing w:val="-5"/>
            <w:sz w:val="24"/>
            <w:lang w:val="ru-RU"/>
          </w:rPr>
          <w:t xml:space="preserve"> </w:t>
        </w:r>
      </w:hyperlink>
    </w:p>
    <w:p w:rsidR="0034214D" w:rsidRPr="0034214D" w:rsidRDefault="0034214D" w:rsidP="0034214D">
      <w:pPr>
        <w:pStyle w:val="ae"/>
        <w:widowControl w:val="0"/>
        <w:numPr>
          <w:ilvl w:val="0"/>
          <w:numId w:val="12"/>
        </w:numPr>
        <w:tabs>
          <w:tab w:val="left" w:pos="347"/>
        </w:tabs>
        <w:autoSpaceDE w:val="0"/>
        <w:autoSpaceDN w:val="0"/>
        <w:spacing w:before="60" w:after="0" w:line="240" w:lineRule="auto"/>
        <w:ind w:left="-567" w:firstLine="0"/>
        <w:contextualSpacing w:val="0"/>
        <w:rPr>
          <w:sz w:val="24"/>
          <w:lang w:val="ru-RU"/>
        </w:rPr>
      </w:pPr>
    </w:p>
    <w:p w:rsidR="0034214D" w:rsidRPr="0034214D" w:rsidRDefault="0034214D" w:rsidP="0034214D">
      <w:pPr>
        <w:pStyle w:val="af"/>
        <w:spacing w:before="60"/>
        <w:ind w:left="-567"/>
        <w:rPr>
          <w:lang w:val="ru-RU"/>
        </w:rPr>
      </w:pPr>
      <w:r w:rsidRPr="0034214D">
        <w:rPr>
          <w:lang w:val="ru-RU"/>
        </w:rPr>
        <w:t>«Федеральный</w:t>
      </w:r>
      <w:r w:rsidRPr="0034214D">
        <w:rPr>
          <w:spacing w:val="-7"/>
          <w:lang w:val="ru-RU"/>
        </w:rPr>
        <w:t xml:space="preserve"> </w:t>
      </w:r>
      <w:r w:rsidRPr="0034214D">
        <w:rPr>
          <w:lang w:val="ru-RU"/>
        </w:rPr>
        <w:t>центр</w:t>
      </w:r>
      <w:r w:rsidRPr="0034214D">
        <w:rPr>
          <w:spacing w:val="-6"/>
          <w:lang w:val="ru-RU"/>
        </w:rPr>
        <w:t xml:space="preserve"> </w:t>
      </w:r>
      <w:r w:rsidRPr="0034214D">
        <w:rPr>
          <w:lang w:val="ru-RU"/>
        </w:rPr>
        <w:t>информационных</w:t>
      </w:r>
      <w:r w:rsidRPr="0034214D">
        <w:rPr>
          <w:spacing w:val="-6"/>
          <w:lang w:val="ru-RU"/>
        </w:rPr>
        <w:t xml:space="preserve"> </w:t>
      </w:r>
      <w:r w:rsidRPr="0034214D">
        <w:rPr>
          <w:lang w:val="ru-RU"/>
        </w:rPr>
        <w:t>образовательных</w:t>
      </w:r>
      <w:r w:rsidRPr="0034214D">
        <w:rPr>
          <w:spacing w:val="-6"/>
          <w:lang w:val="ru-RU"/>
        </w:rPr>
        <w:t xml:space="preserve"> </w:t>
      </w:r>
      <w:r w:rsidRPr="0034214D">
        <w:rPr>
          <w:lang w:val="ru-RU"/>
        </w:rPr>
        <w:t>ресурсов»</w:t>
      </w:r>
      <w:r w:rsidRPr="0034214D">
        <w:rPr>
          <w:spacing w:val="-6"/>
          <w:lang w:val="ru-RU"/>
        </w:rPr>
        <w:t xml:space="preserve"> </w:t>
      </w:r>
      <w:r w:rsidRPr="0034214D">
        <w:rPr>
          <w:lang w:val="ru-RU"/>
        </w:rPr>
        <w:t>-</w:t>
      </w:r>
      <w:hyperlink r:id="rId9">
        <w:r>
          <w:t>http</w:t>
        </w:r>
        <w:r w:rsidRPr="0034214D">
          <w:rPr>
            <w:lang w:val="ru-RU"/>
          </w:rPr>
          <w:t>://</w:t>
        </w:r>
        <w:r>
          <w:t>fcior</w:t>
        </w:r>
        <w:r w:rsidRPr="0034214D">
          <w:rPr>
            <w:lang w:val="ru-RU"/>
          </w:rPr>
          <w:t>.</w:t>
        </w:r>
        <w:r>
          <w:t>edu</w:t>
        </w:r>
        <w:r w:rsidRPr="0034214D">
          <w:rPr>
            <w:lang w:val="ru-RU"/>
          </w:rPr>
          <w:t>.</w:t>
        </w:r>
        <w:r>
          <w:t>ru</w:t>
        </w:r>
        <w:r w:rsidRPr="0034214D">
          <w:rPr>
            <w:lang w:val="ru-RU"/>
          </w:rPr>
          <w:t>,</w:t>
        </w:r>
        <w:r w:rsidRPr="0034214D">
          <w:rPr>
            <w:spacing w:val="-6"/>
            <w:lang w:val="ru-RU"/>
          </w:rPr>
          <w:t xml:space="preserve"> </w:t>
        </w:r>
      </w:hyperlink>
      <w:hyperlink r:id="rId10">
        <w:r>
          <w:t>http</w:t>
        </w:r>
        <w:r w:rsidRPr="0034214D">
          <w:rPr>
            <w:lang w:val="ru-RU"/>
          </w:rPr>
          <w:t>://</w:t>
        </w:r>
        <w:r>
          <w:t>eor</w:t>
        </w:r>
        <w:r w:rsidRPr="0034214D">
          <w:rPr>
            <w:lang w:val="ru-RU"/>
          </w:rPr>
          <w:t>.</w:t>
        </w:r>
        <w:r>
          <w:t>edu</w:t>
        </w:r>
        <w:r w:rsidRPr="0034214D">
          <w:rPr>
            <w:lang w:val="ru-RU"/>
          </w:rPr>
          <w:t>.</w:t>
        </w:r>
        <w:r>
          <w:t>ru</w:t>
        </w:r>
      </w:hyperlink>
    </w:p>
    <w:p w:rsidR="0034214D" w:rsidRDefault="0034214D" w:rsidP="0034214D">
      <w:pPr>
        <w:pStyle w:val="af"/>
        <w:spacing w:before="60" w:line="292" w:lineRule="auto"/>
        <w:ind w:left="-567" w:right="127"/>
      </w:pPr>
      <w:r w:rsidRPr="0034214D">
        <w:rPr>
          <w:lang w:val="ru-RU"/>
        </w:rPr>
        <w:t>4.</w:t>
      </w:r>
      <w:r w:rsidRPr="0034214D">
        <w:rPr>
          <w:spacing w:val="-5"/>
          <w:lang w:val="ru-RU"/>
        </w:rPr>
        <w:t xml:space="preserve"> </w:t>
      </w:r>
      <w:r w:rsidRPr="0034214D">
        <w:rPr>
          <w:lang w:val="ru-RU"/>
        </w:rPr>
        <w:t>Каталог</w:t>
      </w:r>
      <w:r w:rsidRPr="0034214D">
        <w:rPr>
          <w:spacing w:val="-5"/>
          <w:lang w:val="ru-RU"/>
        </w:rPr>
        <w:t xml:space="preserve"> </w:t>
      </w:r>
      <w:r w:rsidRPr="0034214D">
        <w:rPr>
          <w:lang w:val="ru-RU"/>
        </w:rPr>
        <w:t>образовательных</w:t>
      </w:r>
      <w:r w:rsidRPr="0034214D">
        <w:rPr>
          <w:spacing w:val="-5"/>
          <w:lang w:val="ru-RU"/>
        </w:rPr>
        <w:t xml:space="preserve"> </w:t>
      </w:r>
      <w:r w:rsidRPr="0034214D">
        <w:rPr>
          <w:lang w:val="ru-RU"/>
        </w:rPr>
        <w:t>ресурсов</w:t>
      </w:r>
      <w:r w:rsidRPr="0034214D">
        <w:rPr>
          <w:spacing w:val="-5"/>
          <w:lang w:val="ru-RU"/>
        </w:rPr>
        <w:t xml:space="preserve"> </w:t>
      </w:r>
      <w:r w:rsidRPr="0034214D">
        <w:rPr>
          <w:lang w:val="ru-RU"/>
        </w:rPr>
        <w:t>сети</w:t>
      </w:r>
      <w:r w:rsidRPr="0034214D">
        <w:rPr>
          <w:spacing w:val="-5"/>
          <w:lang w:val="ru-RU"/>
        </w:rPr>
        <w:t xml:space="preserve"> </w:t>
      </w:r>
      <w:r w:rsidRPr="0034214D">
        <w:rPr>
          <w:lang w:val="ru-RU"/>
        </w:rPr>
        <w:t>Интернет</w:t>
      </w:r>
      <w:r w:rsidRPr="0034214D">
        <w:rPr>
          <w:spacing w:val="-6"/>
          <w:lang w:val="ru-RU"/>
        </w:rPr>
        <w:t xml:space="preserve"> </w:t>
      </w:r>
      <w:r w:rsidRPr="0034214D">
        <w:rPr>
          <w:lang w:val="ru-RU"/>
        </w:rPr>
        <w:t>для</w:t>
      </w:r>
      <w:r w:rsidRPr="0034214D">
        <w:rPr>
          <w:spacing w:val="-5"/>
          <w:lang w:val="ru-RU"/>
        </w:rPr>
        <w:t xml:space="preserve"> </w:t>
      </w:r>
      <w:r w:rsidRPr="0034214D">
        <w:rPr>
          <w:lang w:val="ru-RU"/>
        </w:rPr>
        <w:t>школы</w:t>
      </w:r>
      <w:hyperlink r:id="rId11">
        <w:r>
          <w:t>http</w:t>
        </w:r>
        <w:r w:rsidRPr="0034214D">
          <w:rPr>
            <w:lang w:val="ru-RU"/>
          </w:rPr>
          <w:t>://</w:t>
        </w:r>
        <w:proofErr w:type="spellStart"/>
        <w:r>
          <w:t>katalog</w:t>
        </w:r>
        <w:proofErr w:type="spellEnd"/>
        <w:r w:rsidRPr="0034214D">
          <w:rPr>
            <w:lang w:val="ru-RU"/>
          </w:rPr>
          <w:t>.</w:t>
        </w:r>
        <w:proofErr w:type="spellStart"/>
        <w:r>
          <w:t>iot</w:t>
        </w:r>
        <w:proofErr w:type="spellEnd"/>
        <w:r w:rsidRPr="0034214D">
          <w:rPr>
            <w:lang w:val="ru-RU"/>
          </w:rPr>
          <w:t>.</w:t>
        </w:r>
        <w:proofErr w:type="spellStart"/>
        <w:r>
          <w:t>ru</w:t>
        </w:r>
        <w:proofErr w:type="spellEnd"/>
        <w:r w:rsidRPr="0034214D">
          <w:rPr>
            <w:lang w:val="ru-RU"/>
          </w:rPr>
          <w:t>/</w:t>
        </w:r>
        <w:r w:rsidRPr="0034214D">
          <w:rPr>
            <w:spacing w:val="-6"/>
            <w:lang w:val="ru-RU"/>
          </w:rPr>
          <w:t xml:space="preserve"> </w:t>
        </w:r>
      </w:hyperlink>
      <w:r w:rsidRPr="0034214D">
        <w:rPr>
          <w:lang w:val="ru-RU"/>
        </w:rPr>
        <w:t>5.</w:t>
      </w:r>
      <w:r w:rsidRPr="0034214D">
        <w:rPr>
          <w:spacing w:val="-4"/>
          <w:lang w:val="ru-RU"/>
        </w:rPr>
        <w:t xml:space="preserve"> </w:t>
      </w:r>
      <w:proofErr w:type="spellStart"/>
      <w:r>
        <w:t>Библиотека</w:t>
      </w:r>
      <w:proofErr w:type="spellEnd"/>
      <w:r>
        <w:rPr>
          <w:spacing w:val="-57"/>
        </w:rPr>
        <w:t xml:space="preserve"> </w:t>
      </w:r>
      <w:proofErr w:type="spellStart"/>
      <w:r>
        <w:t>материалов</w:t>
      </w:r>
      <w:proofErr w:type="spellEnd"/>
      <w:r>
        <w:rPr>
          <w:spacing w:val="-2"/>
        </w:rPr>
        <w:t xml:space="preserve"> </w:t>
      </w:r>
      <w:proofErr w:type="spellStart"/>
      <w:r>
        <w:t>для</w:t>
      </w:r>
      <w:proofErr w:type="spellEnd"/>
      <w:r>
        <w:rPr>
          <w:spacing w:val="-2"/>
        </w:rPr>
        <w:t xml:space="preserve"> </w:t>
      </w:r>
      <w:proofErr w:type="spellStart"/>
      <w:r>
        <w:t>начальной</w:t>
      </w:r>
      <w:proofErr w:type="spellEnd"/>
      <w:r>
        <w:t xml:space="preserve"> школы</w:t>
      </w:r>
      <w:hyperlink r:id="rId12">
        <w:r>
          <w:t>http://www.nachalka.com/biblioteka</w:t>
        </w:r>
      </w:hyperlink>
    </w:p>
    <w:p w:rsidR="0034214D" w:rsidRPr="0034214D" w:rsidRDefault="0034214D" w:rsidP="0034214D">
      <w:pPr>
        <w:pStyle w:val="ae"/>
        <w:widowControl w:val="0"/>
        <w:numPr>
          <w:ilvl w:val="0"/>
          <w:numId w:val="11"/>
        </w:numPr>
        <w:tabs>
          <w:tab w:val="left" w:pos="347"/>
        </w:tabs>
        <w:autoSpaceDE w:val="0"/>
        <w:autoSpaceDN w:val="0"/>
        <w:spacing w:after="0" w:line="275" w:lineRule="exact"/>
        <w:ind w:left="-567" w:firstLine="0"/>
        <w:contextualSpacing w:val="0"/>
        <w:rPr>
          <w:sz w:val="24"/>
          <w:lang w:val="ru-RU"/>
        </w:rPr>
      </w:pPr>
      <w:r>
        <w:rPr>
          <w:sz w:val="24"/>
        </w:rPr>
        <w:t>M</w:t>
      </w:r>
      <w:r w:rsidRPr="0034214D">
        <w:rPr>
          <w:sz w:val="24"/>
          <w:lang w:val="ru-RU"/>
        </w:rPr>
        <w:t>е</w:t>
      </w:r>
      <w:proofErr w:type="spellStart"/>
      <w:r>
        <w:rPr>
          <w:sz w:val="24"/>
        </w:rPr>
        <w:t>todkabinet</w:t>
      </w:r>
      <w:proofErr w:type="spellEnd"/>
      <w:r w:rsidRPr="0034214D">
        <w:rPr>
          <w:sz w:val="24"/>
          <w:lang w:val="ru-RU"/>
        </w:rPr>
        <w:t>.</w:t>
      </w:r>
      <w:proofErr w:type="spellStart"/>
      <w:r>
        <w:rPr>
          <w:sz w:val="24"/>
        </w:rPr>
        <w:t>eu</w:t>
      </w:r>
      <w:proofErr w:type="spellEnd"/>
      <w:r w:rsidRPr="0034214D">
        <w:rPr>
          <w:sz w:val="24"/>
          <w:lang w:val="ru-RU"/>
        </w:rPr>
        <w:t>:</w:t>
      </w:r>
      <w:r w:rsidRPr="0034214D">
        <w:rPr>
          <w:spacing w:val="-13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информационно-методический</w:t>
      </w:r>
      <w:r w:rsidRPr="0034214D">
        <w:rPr>
          <w:spacing w:val="-12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кабинет</w:t>
      </w:r>
      <w:hyperlink r:id="rId13">
        <w:r>
          <w:rPr>
            <w:sz w:val="24"/>
          </w:rPr>
          <w:t>http</w:t>
        </w:r>
        <w:r w:rsidRPr="0034214D">
          <w:rPr>
            <w:sz w:val="24"/>
            <w:lang w:val="ru-RU"/>
          </w:rPr>
          <w:t>://</w:t>
        </w:r>
        <w:r>
          <w:rPr>
            <w:sz w:val="24"/>
          </w:rPr>
          <w:t>www</w:t>
        </w:r>
        <w:r w:rsidRPr="0034214D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metodkabinet</w:t>
        </w:r>
        <w:proofErr w:type="spellEnd"/>
        <w:r w:rsidRPr="0034214D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eu</w:t>
        </w:r>
        <w:proofErr w:type="spellEnd"/>
        <w:r w:rsidRPr="0034214D">
          <w:rPr>
            <w:sz w:val="24"/>
            <w:lang w:val="ru-RU"/>
          </w:rPr>
          <w:t>/</w:t>
        </w:r>
      </w:hyperlink>
    </w:p>
    <w:p w:rsidR="0034214D" w:rsidRPr="0034214D" w:rsidRDefault="0034214D" w:rsidP="0034214D">
      <w:pPr>
        <w:pStyle w:val="ae"/>
        <w:widowControl w:val="0"/>
        <w:numPr>
          <w:ilvl w:val="0"/>
          <w:numId w:val="11"/>
        </w:numPr>
        <w:tabs>
          <w:tab w:val="left" w:pos="347"/>
        </w:tabs>
        <w:autoSpaceDE w:val="0"/>
        <w:autoSpaceDN w:val="0"/>
        <w:spacing w:before="61" w:after="0" w:line="240" w:lineRule="auto"/>
        <w:ind w:left="-567" w:firstLine="0"/>
        <w:contextualSpacing w:val="0"/>
        <w:rPr>
          <w:sz w:val="24"/>
          <w:lang w:val="ru-RU"/>
        </w:rPr>
      </w:pPr>
      <w:r w:rsidRPr="0034214D">
        <w:rPr>
          <w:sz w:val="24"/>
          <w:lang w:val="ru-RU"/>
        </w:rPr>
        <w:t>Каталог</w:t>
      </w:r>
      <w:r w:rsidRPr="0034214D">
        <w:rPr>
          <w:spacing w:val="-7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образовательных</w:t>
      </w:r>
      <w:r w:rsidRPr="0034214D">
        <w:rPr>
          <w:spacing w:val="-6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ресурсов</w:t>
      </w:r>
      <w:r w:rsidRPr="0034214D">
        <w:rPr>
          <w:spacing w:val="-6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сети</w:t>
      </w:r>
      <w:r w:rsidRPr="0034214D">
        <w:rPr>
          <w:spacing w:val="-6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«Интернет»</w:t>
      </w:r>
      <w:r w:rsidRPr="0034214D">
        <w:rPr>
          <w:spacing w:val="-6"/>
          <w:sz w:val="24"/>
          <w:lang w:val="ru-RU"/>
        </w:rPr>
        <w:t xml:space="preserve"> </w:t>
      </w:r>
      <w:hyperlink r:id="rId14">
        <w:r>
          <w:rPr>
            <w:sz w:val="24"/>
          </w:rPr>
          <w:t>http</w:t>
        </w:r>
        <w:r w:rsidRPr="0034214D">
          <w:rPr>
            <w:sz w:val="24"/>
            <w:lang w:val="ru-RU"/>
          </w:rPr>
          <w:t>://</w:t>
        </w:r>
        <w:r>
          <w:rPr>
            <w:sz w:val="24"/>
          </w:rPr>
          <w:t>catalog</w:t>
        </w:r>
        <w:r w:rsidRPr="0034214D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iot</w:t>
        </w:r>
        <w:proofErr w:type="spellEnd"/>
        <w:r w:rsidRPr="0034214D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ru</w:t>
        </w:r>
        <w:proofErr w:type="spellEnd"/>
      </w:hyperlink>
    </w:p>
    <w:p w:rsidR="0034214D" w:rsidRPr="0034214D" w:rsidRDefault="0034214D" w:rsidP="0034214D">
      <w:pPr>
        <w:pStyle w:val="ae"/>
        <w:widowControl w:val="0"/>
        <w:numPr>
          <w:ilvl w:val="0"/>
          <w:numId w:val="11"/>
        </w:numPr>
        <w:tabs>
          <w:tab w:val="left" w:pos="347"/>
        </w:tabs>
        <w:autoSpaceDE w:val="0"/>
        <w:autoSpaceDN w:val="0"/>
        <w:spacing w:before="60" w:after="0" w:line="240" w:lineRule="auto"/>
        <w:ind w:left="-567" w:firstLine="0"/>
        <w:contextualSpacing w:val="0"/>
        <w:rPr>
          <w:sz w:val="24"/>
          <w:lang w:val="ru-RU"/>
        </w:rPr>
      </w:pPr>
      <w:r w:rsidRPr="0034214D">
        <w:rPr>
          <w:sz w:val="24"/>
          <w:lang w:val="ru-RU"/>
        </w:rPr>
        <w:t>Российский</w:t>
      </w:r>
      <w:r w:rsidRPr="0034214D">
        <w:rPr>
          <w:spacing w:val="-7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образовательный</w:t>
      </w:r>
      <w:r w:rsidRPr="0034214D">
        <w:rPr>
          <w:spacing w:val="-7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портал</w:t>
      </w:r>
      <w:r w:rsidRPr="0034214D">
        <w:rPr>
          <w:spacing w:val="-8"/>
          <w:sz w:val="24"/>
          <w:lang w:val="ru-RU"/>
        </w:rPr>
        <w:t xml:space="preserve"> </w:t>
      </w:r>
      <w:hyperlink r:id="rId15">
        <w:r>
          <w:rPr>
            <w:sz w:val="24"/>
          </w:rPr>
          <w:t>http</w:t>
        </w:r>
        <w:r w:rsidRPr="0034214D">
          <w:rPr>
            <w:sz w:val="24"/>
            <w:lang w:val="ru-RU"/>
          </w:rPr>
          <w:t>://</w:t>
        </w:r>
        <w:r>
          <w:rPr>
            <w:sz w:val="24"/>
          </w:rPr>
          <w:t>www</w:t>
        </w:r>
        <w:r w:rsidRPr="0034214D">
          <w:rPr>
            <w:sz w:val="24"/>
            <w:lang w:val="ru-RU"/>
          </w:rPr>
          <w:t>.</w:t>
        </w:r>
        <w:r>
          <w:rPr>
            <w:sz w:val="24"/>
          </w:rPr>
          <w:t>school</w:t>
        </w:r>
        <w:r w:rsidRPr="0034214D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edu</w:t>
        </w:r>
        <w:proofErr w:type="spellEnd"/>
        <w:r w:rsidRPr="0034214D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ru</w:t>
        </w:r>
        <w:proofErr w:type="spellEnd"/>
      </w:hyperlink>
    </w:p>
    <w:p w:rsidR="0034214D" w:rsidRPr="0034214D" w:rsidRDefault="0034214D" w:rsidP="0034214D">
      <w:pPr>
        <w:pStyle w:val="ae"/>
        <w:widowControl w:val="0"/>
        <w:numPr>
          <w:ilvl w:val="0"/>
          <w:numId w:val="11"/>
        </w:numPr>
        <w:tabs>
          <w:tab w:val="left" w:pos="347"/>
        </w:tabs>
        <w:autoSpaceDE w:val="0"/>
        <w:autoSpaceDN w:val="0"/>
        <w:spacing w:before="60" w:after="0" w:line="240" w:lineRule="auto"/>
        <w:ind w:left="-567" w:firstLine="0"/>
        <w:contextualSpacing w:val="0"/>
        <w:rPr>
          <w:sz w:val="24"/>
          <w:lang w:val="ru-RU"/>
        </w:rPr>
      </w:pPr>
      <w:r w:rsidRPr="0034214D">
        <w:rPr>
          <w:sz w:val="24"/>
          <w:lang w:val="ru-RU"/>
        </w:rPr>
        <w:t>Портал</w:t>
      </w:r>
      <w:r w:rsidRPr="0034214D">
        <w:rPr>
          <w:spacing w:val="-7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«Российское</w:t>
      </w:r>
      <w:r w:rsidRPr="0034214D">
        <w:rPr>
          <w:spacing w:val="-5"/>
          <w:sz w:val="24"/>
          <w:lang w:val="ru-RU"/>
        </w:rPr>
        <w:t xml:space="preserve"> </w:t>
      </w:r>
      <w:r w:rsidRPr="0034214D">
        <w:rPr>
          <w:sz w:val="24"/>
          <w:lang w:val="ru-RU"/>
        </w:rPr>
        <w:t>образование</w:t>
      </w:r>
      <w:r w:rsidRPr="0034214D">
        <w:rPr>
          <w:spacing w:val="-5"/>
          <w:sz w:val="24"/>
          <w:lang w:val="ru-RU"/>
        </w:rPr>
        <w:t xml:space="preserve"> </w:t>
      </w:r>
      <w:hyperlink r:id="rId16">
        <w:r>
          <w:rPr>
            <w:sz w:val="24"/>
          </w:rPr>
          <w:t>http</w:t>
        </w:r>
        <w:r w:rsidRPr="0034214D">
          <w:rPr>
            <w:sz w:val="24"/>
            <w:lang w:val="ru-RU"/>
          </w:rPr>
          <w:t>://</w:t>
        </w:r>
        <w:r>
          <w:rPr>
            <w:sz w:val="24"/>
          </w:rPr>
          <w:t>www</w:t>
        </w:r>
        <w:r w:rsidRPr="0034214D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edu</w:t>
        </w:r>
        <w:proofErr w:type="spellEnd"/>
        <w:r w:rsidRPr="0034214D">
          <w:rPr>
            <w:sz w:val="24"/>
            <w:lang w:val="ru-RU"/>
          </w:rPr>
          <w:t>.</w:t>
        </w:r>
        <w:proofErr w:type="spellStart"/>
        <w:r>
          <w:rPr>
            <w:sz w:val="24"/>
          </w:rPr>
          <w:t>ru</w:t>
        </w:r>
        <w:proofErr w:type="spellEnd"/>
      </w:hyperlink>
    </w:p>
    <w:p w:rsidR="0034214D" w:rsidRPr="0034214D" w:rsidRDefault="0034214D" w:rsidP="0034214D">
      <w:pPr>
        <w:pStyle w:val="ae"/>
        <w:numPr>
          <w:ilvl w:val="0"/>
          <w:numId w:val="11"/>
        </w:numPr>
        <w:autoSpaceDE w:val="0"/>
        <w:autoSpaceDN w:val="0"/>
        <w:spacing w:before="168" w:after="0" w:line="230" w:lineRule="auto"/>
        <w:ind w:left="-567" w:firstLine="0"/>
        <w:rPr>
          <w:lang w:val="ru-RU"/>
        </w:rPr>
      </w:pPr>
      <w:r w:rsidRPr="0034214D">
        <w:rPr>
          <w:rFonts w:ascii="Times New Roman" w:eastAsia="Times New Roman" w:hAnsi="Times New Roman"/>
          <w:color w:val="000000"/>
          <w:sz w:val="24"/>
        </w:rPr>
        <w:t>https</w:t>
      </w:r>
      <w:r w:rsidRPr="0034214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34214D"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34214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34214D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34214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Pr="0034214D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4214D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34214D">
        <w:rPr>
          <w:rFonts w:ascii="Times New Roman" w:eastAsia="Times New Roman" w:hAnsi="Times New Roman"/>
          <w:color w:val="000000"/>
          <w:sz w:val="24"/>
        </w:rPr>
        <w:t>subject</w:t>
      </w:r>
      <w:r w:rsidRPr="0034214D">
        <w:rPr>
          <w:rFonts w:ascii="Times New Roman" w:eastAsia="Times New Roman" w:hAnsi="Times New Roman"/>
          <w:color w:val="000000"/>
          <w:sz w:val="24"/>
          <w:lang w:val="ru-RU"/>
        </w:rPr>
        <w:t>/32/2/</w:t>
      </w:r>
    </w:p>
    <w:p w:rsidR="0034214D" w:rsidRPr="0034214D" w:rsidRDefault="0034214D" w:rsidP="0034214D">
      <w:pPr>
        <w:pStyle w:val="af"/>
        <w:spacing w:before="10"/>
        <w:ind w:left="-567"/>
        <w:rPr>
          <w:sz w:val="21"/>
          <w:lang w:val="ru-RU"/>
        </w:rPr>
      </w:pPr>
    </w:p>
    <w:p w:rsidR="0034214D" w:rsidRPr="0034214D" w:rsidRDefault="0034214D" w:rsidP="0034214D">
      <w:pPr>
        <w:pStyle w:val="1"/>
        <w:spacing w:before="1"/>
        <w:ind w:left="-567"/>
        <w:rPr>
          <w:lang w:val="ru-RU"/>
        </w:rPr>
      </w:pPr>
      <w:r w:rsidRPr="0034214D">
        <w:rPr>
          <w:lang w:val="ru-RU"/>
        </w:rPr>
        <w:t>ЦИФРОВЫЕ</w:t>
      </w:r>
      <w:r w:rsidRPr="0034214D">
        <w:rPr>
          <w:spacing w:val="-7"/>
          <w:lang w:val="ru-RU"/>
        </w:rPr>
        <w:t xml:space="preserve"> </w:t>
      </w:r>
      <w:r w:rsidRPr="0034214D">
        <w:rPr>
          <w:lang w:val="ru-RU"/>
        </w:rPr>
        <w:t>ОБРАЗОВАТЕЛЬНЫЕ</w:t>
      </w:r>
      <w:r w:rsidRPr="0034214D">
        <w:rPr>
          <w:spacing w:val="-7"/>
          <w:lang w:val="ru-RU"/>
        </w:rPr>
        <w:t xml:space="preserve"> </w:t>
      </w:r>
      <w:r w:rsidRPr="0034214D">
        <w:rPr>
          <w:lang w:val="ru-RU"/>
        </w:rPr>
        <w:t>РЕСУРСЫ</w:t>
      </w:r>
      <w:r w:rsidRPr="0034214D">
        <w:rPr>
          <w:spacing w:val="-7"/>
          <w:lang w:val="ru-RU"/>
        </w:rPr>
        <w:t xml:space="preserve"> </w:t>
      </w:r>
      <w:r w:rsidRPr="0034214D">
        <w:rPr>
          <w:lang w:val="ru-RU"/>
        </w:rPr>
        <w:t>И</w:t>
      </w:r>
      <w:r w:rsidRPr="0034214D">
        <w:rPr>
          <w:spacing w:val="-7"/>
          <w:lang w:val="ru-RU"/>
        </w:rPr>
        <w:t xml:space="preserve"> </w:t>
      </w:r>
      <w:r w:rsidRPr="0034214D">
        <w:rPr>
          <w:lang w:val="ru-RU"/>
        </w:rPr>
        <w:t>РЕСУРСЫ</w:t>
      </w:r>
      <w:r w:rsidRPr="0034214D">
        <w:rPr>
          <w:spacing w:val="-7"/>
          <w:lang w:val="ru-RU"/>
        </w:rPr>
        <w:t xml:space="preserve"> </w:t>
      </w:r>
      <w:r w:rsidRPr="0034214D">
        <w:rPr>
          <w:lang w:val="ru-RU"/>
        </w:rPr>
        <w:t>СЕТИ</w:t>
      </w:r>
      <w:r w:rsidRPr="0034214D">
        <w:rPr>
          <w:spacing w:val="-7"/>
          <w:lang w:val="ru-RU"/>
        </w:rPr>
        <w:t xml:space="preserve"> </w:t>
      </w:r>
      <w:r w:rsidRPr="0034214D">
        <w:rPr>
          <w:lang w:val="ru-RU"/>
        </w:rPr>
        <w:t>ИНТЕРНЕТ</w:t>
      </w:r>
    </w:p>
    <w:p w:rsidR="0034214D" w:rsidRPr="0034214D" w:rsidRDefault="0034214D" w:rsidP="0034214D">
      <w:pPr>
        <w:pStyle w:val="af"/>
        <w:spacing w:before="156"/>
        <w:ind w:left="-567"/>
        <w:rPr>
          <w:lang w:val="ru-RU"/>
        </w:rPr>
      </w:pPr>
      <w:r w:rsidRPr="0034214D">
        <w:rPr>
          <w:lang w:val="ru-RU"/>
        </w:rPr>
        <w:t>РЭШ</w: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F56FF15" wp14:editId="67848864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61332" id="Прямоугольник 1" o:spid="_x0000_s1026" style="position:absolute;margin-left:33.3pt;margin-top:22.9pt;width:528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34214D">
        <w:rPr>
          <w:lang w:val="ru-RU"/>
        </w:rPr>
        <w:t>МАТЕРИАЛЬНО-ТЕХНИЧЕСКОЕ</w:t>
      </w:r>
      <w:r w:rsidRPr="0034214D">
        <w:rPr>
          <w:spacing w:val="-14"/>
          <w:lang w:val="ru-RU"/>
        </w:rPr>
        <w:t xml:space="preserve"> </w:t>
      </w:r>
      <w:r w:rsidRPr="0034214D">
        <w:rPr>
          <w:lang w:val="ru-RU"/>
        </w:rPr>
        <w:t>ОБЕСПЕЧЕНИЕ</w:t>
      </w:r>
      <w:r w:rsidRPr="0034214D">
        <w:rPr>
          <w:spacing w:val="-13"/>
          <w:lang w:val="ru-RU"/>
        </w:rPr>
        <w:t xml:space="preserve"> </w:t>
      </w:r>
      <w:r w:rsidRPr="0034214D">
        <w:rPr>
          <w:lang w:val="ru-RU"/>
        </w:rPr>
        <w:t>ОБРАЗОВАТЕЛЬНОГО</w:t>
      </w:r>
      <w:r w:rsidRPr="0034214D">
        <w:rPr>
          <w:spacing w:val="-14"/>
          <w:lang w:val="ru-RU"/>
        </w:rPr>
        <w:t xml:space="preserve"> </w:t>
      </w:r>
      <w:r w:rsidRPr="0034214D">
        <w:rPr>
          <w:lang w:val="ru-RU"/>
        </w:rPr>
        <w:t>ПРОЦЕССА</w:t>
      </w:r>
    </w:p>
    <w:p w:rsidR="0034214D" w:rsidRPr="0034214D" w:rsidRDefault="0034214D" w:rsidP="0034214D">
      <w:pPr>
        <w:spacing w:before="179"/>
        <w:ind w:left="-567"/>
        <w:rPr>
          <w:b/>
          <w:sz w:val="24"/>
          <w:lang w:val="ru-RU"/>
        </w:rPr>
      </w:pPr>
      <w:r w:rsidRPr="0034214D">
        <w:rPr>
          <w:b/>
          <w:sz w:val="24"/>
          <w:lang w:val="ru-RU"/>
        </w:rPr>
        <w:t>УЧЕБНОЕ</w:t>
      </w:r>
      <w:r w:rsidRPr="0034214D">
        <w:rPr>
          <w:b/>
          <w:spacing w:val="-9"/>
          <w:sz w:val="24"/>
          <w:lang w:val="ru-RU"/>
        </w:rPr>
        <w:t xml:space="preserve"> </w:t>
      </w:r>
      <w:r w:rsidRPr="0034214D">
        <w:rPr>
          <w:b/>
          <w:sz w:val="24"/>
          <w:lang w:val="ru-RU"/>
        </w:rPr>
        <w:t>ОБОРУДОВАНИЕ</w:t>
      </w:r>
    </w:p>
    <w:p w:rsidR="0034214D" w:rsidRPr="0034214D" w:rsidRDefault="0034214D" w:rsidP="0034214D">
      <w:pPr>
        <w:pStyle w:val="af"/>
        <w:spacing w:before="156"/>
        <w:ind w:left="-567"/>
        <w:rPr>
          <w:lang w:val="ru-RU"/>
        </w:rPr>
      </w:pPr>
      <w:r w:rsidRPr="0034214D">
        <w:rPr>
          <w:lang w:val="ru-RU"/>
        </w:rPr>
        <w:t>интерактивная</w:t>
      </w:r>
      <w:r w:rsidRPr="0034214D">
        <w:rPr>
          <w:spacing w:val="-6"/>
          <w:lang w:val="ru-RU"/>
        </w:rPr>
        <w:t xml:space="preserve"> </w:t>
      </w:r>
      <w:r w:rsidRPr="0034214D">
        <w:rPr>
          <w:lang w:val="ru-RU"/>
        </w:rPr>
        <w:t>доска,</w:t>
      </w:r>
    </w:p>
    <w:p w:rsidR="0034214D" w:rsidRPr="0034214D" w:rsidRDefault="0034214D" w:rsidP="0034214D">
      <w:pPr>
        <w:pStyle w:val="af"/>
        <w:spacing w:before="60"/>
        <w:ind w:left="-567"/>
        <w:rPr>
          <w:lang w:val="ru-RU"/>
        </w:rPr>
      </w:pPr>
      <w:r w:rsidRPr="0034214D">
        <w:rPr>
          <w:lang w:val="ru-RU"/>
        </w:rPr>
        <w:t>доска,</w:t>
      </w:r>
      <w:r w:rsidRPr="0034214D">
        <w:rPr>
          <w:spacing w:val="-5"/>
          <w:lang w:val="ru-RU"/>
        </w:rPr>
        <w:t xml:space="preserve"> </w:t>
      </w:r>
      <w:r w:rsidRPr="0034214D">
        <w:rPr>
          <w:lang w:val="ru-RU"/>
        </w:rPr>
        <w:t>наглядный</w:t>
      </w:r>
      <w:r w:rsidRPr="0034214D">
        <w:rPr>
          <w:spacing w:val="-4"/>
          <w:lang w:val="ru-RU"/>
        </w:rPr>
        <w:t xml:space="preserve"> </w:t>
      </w:r>
      <w:r w:rsidRPr="0034214D">
        <w:rPr>
          <w:lang w:val="ru-RU"/>
        </w:rPr>
        <w:t>материал,</w:t>
      </w:r>
      <w:r w:rsidRPr="0034214D">
        <w:rPr>
          <w:spacing w:val="-4"/>
          <w:lang w:val="ru-RU"/>
        </w:rPr>
        <w:t xml:space="preserve"> </w:t>
      </w:r>
      <w:r w:rsidRPr="0034214D">
        <w:rPr>
          <w:lang w:val="ru-RU"/>
        </w:rPr>
        <w:t>раздаточный</w:t>
      </w:r>
      <w:r w:rsidRPr="0034214D">
        <w:rPr>
          <w:spacing w:val="-5"/>
          <w:lang w:val="ru-RU"/>
        </w:rPr>
        <w:t xml:space="preserve"> </w:t>
      </w:r>
      <w:r w:rsidRPr="0034214D">
        <w:rPr>
          <w:lang w:val="ru-RU"/>
        </w:rPr>
        <w:t>материал</w:t>
      </w:r>
    </w:p>
    <w:p w:rsidR="0034214D" w:rsidRPr="0034214D" w:rsidRDefault="0034214D" w:rsidP="0034214D">
      <w:pPr>
        <w:pStyle w:val="af"/>
        <w:spacing w:before="11"/>
        <w:ind w:left="-567"/>
        <w:rPr>
          <w:sz w:val="21"/>
          <w:lang w:val="ru-RU"/>
        </w:rPr>
      </w:pPr>
    </w:p>
    <w:p w:rsidR="0034214D" w:rsidRPr="0034214D" w:rsidRDefault="0034214D" w:rsidP="0034214D">
      <w:pPr>
        <w:pStyle w:val="1"/>
        <w:spacing w:before="0" w:line="292" w:lineRule="auto"/>
        <w:ind w:left="-567" w:right="127"/>
        <w:rPr>
          <w:lang w:val="ru-RU"/>
        </w:rPr>
      </w:pPr>
      <w:r w:rsidRPr="0034214D">
        <w:rPr>
          <w:lang w:val="ru-RU"/>
        </w:rPr>
        <w:t>ОБОРУДОВАНИЕ</w:t>
      </w:r>
      <w:r w:rsidRPr="0034214D">
        <w:rPr>
          <w:spacing w:val="-10"/>
          <w:lang w:val="ru-RU"/>
        </w:rPr>
        <w:t xml:space="preserve"> </w:t>
      </w:r>
      <w:r w:rsidRPr="0034214D">
        <w:rPr>
          <w:lang w:val="ru-RU"/>
        </w:rPr>
        <w:t>ДЛЯ</w:t>
      </w:r>
      <w:r w:rsidRPr="0034214D">
        <w:rPr>
          <w:spacing w:val="-9"/>
          <w:lang w:val="ru-RU"/>
        </w:rPr>
        <w:t xml:space="preserve"> </w:t>
      </w:r>
      <w:r w:rsidRPr="0034214D">
        <w:rPr>
          <w:lang w:val="ru-RU"/>
        </w:rPr>
        <w:t>ПРОВЕДЕНИЯ</w:t>
      </w:r>
      <w:r w:rsidRPr="0034214D">
        <w:rPr>
          <w:spacing w:val="-10"/>
          <w:lang w:val="ru-RU"/>
        </w:rPr>
        <w:t xml:space="preserve"> </w:t>
      </w:r>
      <w:r w:rsidRPr="0034214D">
        <w:rPr>
          <w:lang w:val="ru-RU"/>
        </w:rPr>
        <w:t>ЛАБОРАТОРНЫХ,</w:t>
      </w:r>
      <w:r w:rsidRPr="0034214D">
        <w:rPr>
          <w:spacing w:val="-8"/>
          <w:lang w:val="ru-RU"/>
        </w:rPr>
        <w:t xml:space="preserve"> </w:t>
      </w:r>
      <w:r w:rsidRPr="0034214D">
        <w:rPr>
          <w:lang w:val="ru-RU"/>
        </w:rPr>
        <w:t>ПРАКТИЧЕСКИХ</w:t>
      </w:r>
      <w:r w:rsidRPr="0034214D">
        <w:rPr>
          <w:spacing w:val="-10"/>
          <w:lang w:val="ru-RU"/>
        </w:rPr>
        <w:t xml:space="preserve"> </w:t>
      </w:r>
      <w:r w:rsidRPr="0034214D">
        <w:rPr>
          <w:lang w:val="ru-RU"/>
        </w:rPr>
        <w:t>РАБОТ,</w:t>
      </w:r>
      <w:r w:rsidRPr="0034214D">
        <w:rPr>
          <w:spacing w:val="-57"/>
          <w:lang w:val="ru-RU"/>
        </w:rPr>
        <w:t xml:space="preserve"> </w:t>
      </w:r>
      <w:r w:rsidRPr="0034214D">
        <w:rPr>
          <w:lang w:val="ru-RU"/>
        </w:rPr>
        <w:t>ДЕМОНСТРАЦИЙ</w:t>
      </w:r>
    </w:p>
    <w:p w:rsidR="00CF4A07" w:rsidRPr="0034214D" w:rsidRDefault="0034214D" w:rsidP="0034214D">
      <w:pPr>
        <w:pStyle w:val="af"/>
        <w:spacing w:before="95"/>
        <w:ind w:left="-567"/>
        <w:rPr>
          <w:lang w:val="ru-RU"/>
        </w:rPr>
      </w:pPr>
      <w:proofErr w:type="spellStart"/>
      <w:r>
        <w:t>Мультимедийный</w:t>
      </w:r>
      <w:proofErr w:type="spellEnd"/>
      <w:r>
        <w:rPr>
          <w:spacing w:val="-5"/>
        </w:rPr>
        <w:t xml:space="preserve"> </w:t>
      </w:r>
      <w:proofErr w:type="spellStart"/>
      <w:r>
        <w:t>проектор</w:t>
      </w:r>
      <w:proofErr w:type="spellEnd"/>
      <w:r>
        <w:t>.</w:t>
      </w:r>
      <w:r>
        <w:rPr>
          <w:spacing w:val="-4"/>
        </w:rPr>
        <w:t xml:space="preserve"> </w:t>
      </w:r>
      <w:proofErr w:type="gramStart"/>
      <w:r>
        <w:t>,</w:t>
      </w:r>
      <w:proofErr w:type="spellStart"/>
      <w:r>
        <w:t>интерактивная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t>доска</w:t>
      </w:r>
      <w:proofErr w:type="spellEnd"/>
    </w:p>
    <w:sectPr w:rsidR="00CF4A07" w:rsidRPr="0034214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B759B3"/>
    <w:multiLevelType w:val="hybridMultilevel"/>
    <w:tmpl w:val="F296E544"/>
    <w:lvl w:ilvl="0" w:tplc="E2240BB0">
      <w:start w:val="6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E46850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34585FBA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EA706F36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F6024880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B9D82A66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09B6DD94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059451F6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A9440C22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0" w15:restartNumberingAfterBreak="0">
    <w:nsid w:val="26C635C9"/>
    <w:multiLevelType w:val="hybridMultilevel"/>
    <w:tmpl w:val="17265C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0364E"/>
    <w:multiLevelType w:val="hybridMultilevel"/>
    <w:tmpl w:val="070C93A0"/>
    <w:lvl w:ilvl="0" w:tplc="CE08B76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E21CC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CA2ECC6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F14DEB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E43EA62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D444E2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1A12746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3584AA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7B4227B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67C11AC7"/>
    <w:multiLevelType w:val="hybridMultilevel"/>
    <w:tmpl w:val="EFC4C52A"/>
    <w:lvl w:ilvl="0" w:tplc="515EEA5A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A66AA2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3760B106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D8388E76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CCA2D858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463AAED4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9ABA51B0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41CCBB3C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8CF0594C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3111"/>
    <w:rsid w:val="0015074B"/>
    <w:rsid w:val="0029639D"/>
    <w:rsid w:val="00326F90"/>
    <w:rsid w:val="0034214D"/>
    <w:rsid w:val="005044B5"/>
    <w:rsid w:val="006E4403"/>
    <w:rsid w:val="007D739B"/>
    <w:rsid w:val="00AA1D8D"/>
    <w:rsid w:val="00B47730"/>
    <w:rsid w:val="00CB0664"/>
    <w:rsid w:val="00CF4A07"/>
    <w:rsid w:val="00D16C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26F49C5-5E06-45DC-A2D0-A27FA214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6E4403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34214D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Balloon Text"/>
    <w:basedOn w:val="a1"/>
    <w:link w:val="aff9"/>
    <w:uiPriority w:val="99"/>
    <w:semiHidden/>
    <w:unhideWhenUsed/>
    <w:rsid w:val="007D7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7D73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ktion.edu/ru" TargetMode="External"/><Relationship Id="rId13" Type="http://schemas.openxmlformats.org/officeDocument/2006/relationships/hyperlink" Target="http://www.metodkabinet.e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indows.edu/ru" TargetMode="External"/><Relationship Id="rId12" Type="http://schemas.openxmlformats.org/officeDocument/2006/relationships/hyperlink" Target="http://www.nachalka.com/bibliotek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edu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katalog.io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chool.edu.ru/" TargetMode="External"/><Relationship Id="rId10" Type="http://schemas.openxmlformats.org/officeDocument/2006/relationships/hyperlink" Target="http://eor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catalog.io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A8B10D-B619-4DF4-8CCD-417EAB517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8673</Words>
  <Characters>49439</Characters>
  <Application>Microsoft Office Word</Application>
  <DocSecurity>0</DocSecurity>
  <Lines>411</Lines>
  <Paragraphs>115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57997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4</cp:revision>
  <cp:lastPrinted>2022-11-01T04:44:00Z</cp:lastPrinted>
  <dcterms:created xsi:type="dcterms:W3CDTF">2022-10-30T17:00:00Z</dcterms:created>
  <dcterms:modified xsi:type="dcterms:W3CDTF">2023-06-14T05:23:00Z</dcterms:modified>
</cp:coreProperties>
</file>